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68F3D" w14:textId="77777777" w:rsidR="00AC45CD" w:rsidRDefault="00AC45CD"/>
    <w:tbl>
      <w:tblPr>
        <w:tblW w:w="17716" w:type="dxa"/>
        <w:jc w:val="center"/>
        <w:tblLayout w:type="fixed"/>
        <w:tblLook w:val="04A0" w:firstRow="1" w:lastRow="0" w:firstColumn="1" w:lastColumn="0" w:noHBand="0" w:noVBand="1"/>
      </w:tblPr>
      <w:tblGrid>
        <w:gridCol w:w="12616"/>
        <w:gridCol w:w="5100"/>
      </w:tblGrid>
      <w:tr w:rsidR="00406411" w:rsidRPr="00AC45CD" w14:paraId="5B9363A0" w14:textId="77777777" w:rsidTr="00AC45CD">
        <w:trPr>
          <w:jc w:val="center"/>
        </w:trPr>
        <w:tc>
          <w:tcPr>
            <w:tcW w:w="1261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55D2A5" w14:textId="13E7C85A" w:rsidR="00AC45CD" w:rsidRPr="00AC45CD" w:rsidRDefault="0027569D" w:rsidP="00AC45CD">
            <w:pPr>
              <w:spacing w:after="0" w:line="240" w:lineRule="auto"/>
              <w:ind w:left="9543"/>
              <w:rPr>
                <w:b/>
                <w:sz w:val="28"/>
                <w:szCs w:val="28"/>
                <w:lang w:val="pl-PL"/>
              </w:rPr>
            </w:pPr>
            <w:r w:rsidRPr="00AC45CD">
              <w:rPr>
                <w:b/>
                <w:sz w:val="28"/>
                <w:szCs w:val="28"/>
                <w:lang w:val="pl-PL"/>
              </w:rPr>
              <w:t>URZĄD GMINY ŁĄCK</w:t>
            </w:r>
            <w:r w:rsidRPr="00AC45CD">
              <w:rPr>
                <w:b/>
                <w:sz w:val="28"/>
                <w:szCs w:val="28"/>
                <w:lang w:val="pl-PL"/>
              </w:rPr>
              <w:br/>
              <w:t xml:space="preserve">ul. Gostynińska 2 </w:t>
            </w:r>
          </w:p>
          <w:p w14:paraId="186491B0" w14:textId="5AF53096" w:rsidR="00406411" w:rsidRPr="00AC45CD" w:rsidRDefault="0027569D" w:rsidP="00AC45CD">
            <w:pPr>
              <w:spacing w:after="0" w:line="240" w:lineRule="auto"/>
              <w:ind w:left="9543"/>
              <w:rPr>
                <w:lang w:val="pl-PL"/>
              </w:rPr>
            </w:pPr>
            <w:r w:rsidRPr="00AC45CD">
              <w:rPr>
                <w:b/>
                <w:sz w:val="28"/>
                <w:szCs w:val="28"/>
                <w:lang w:val="pl-PL"/>
              </w:rPr>
              <w:t>09-520 Łąck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35CA01" w14:textId="3CA81BB8" w:rsidR="00406411" w:rsidRPr="00AC45CD" w:rsidRDefault="00406411">
            <w:pPr>
              <w:jc w:val="right"/>
              <w:rPr>
                <w:lang w:val="pl-PL"/>
              </w:rPr>
            </w:pPr>
          </w:p>
        </w:tc>
      </w:tr>
      <w:tr w:rsidR="00AC45CD" w:rsidRPr="00AC45CD" w14:paraId="13D5B559" w14:textId="77777777" w:rsidTr="00AC45CD">
        <w:trPr>
          <w:jc w:val="center"/>
        </w:trPr>
        <w:tc>
          <w:tcPr>
            <w:tcW w:w="1261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FBFB29" w14:textId="77777777" w:rsidR="00AC45CD" w:rsidRPr="00AC45CD" w:rsidRDefault="00AC45CD" w:rsidP="00AC45CD">
            <w:pPr>
              <w:ind w:left="4015" w:firstLine="1134"/>
              <w:rPr>
                <w:b/>
                <w:lang w:val="pl-PL"/>
              </w:rPr>
            </w:pP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DF4137" w14:textId="77777777" w:rsidR="00AC45CD" w:rsidRPr="00AC45CD" w:rsidRDefault="00AC45CD" w:rsidP="00AC45CD">
            <w:pPr>
              <w:rPr>
                <w:lang w:val="pl-PL"/>
              </w:rPr>
            </w:pPr>
          </w:p>
        </w:tc>
      </w:tr>
    </w:tbl>
    <w:p w14:paraId="4061D41B" w14:textId="77777777" w:rsidR="00406411" w:rsidRPr="00AC45CD" w:rsidRDefault="0027569D">
      <w:pPr>
        <w:spacing w:before="200" w:after="60"/>
        <w:jc w:val="center"/>
        <w:rPr>
          <w:lang w:val="pl-PL"/>
        </w:rPr>
      </w:pPr>
      <w:r w:rsidRPr="00AC45CD">
        <w:rPr>
          <w:b/>
          <w:sz w:val="30"/>
          <w:lang w:val="pl-PL"/>
        </w:rPr>
        <w:t>WNIOSEK</w:t>
      </w:r>
    </w:p>
    <w:p w14:paraId="0412E7A1" w14:textId="77777777" w:rsidR="00406411" w:rsidRPr="00AC45CD" w:rsidRDefault="0027569D">
      <w:pPr>
        <w:spacing w:after="160"/>
        <w:jc w:val="center"/>
        <w:rPr>
          <w:lang w:val="pl-PL"/>
        </w:rPr>
      </w:pPr>
      <w:r w:rsidRPr="00AC45CD">
        <w:rPr>
          <w:b/>
          <w:sz w:val="22"/>
          <w:lang w:val="pl-PL"/>
        </w:rPr>
        <w:t>o wyrażenie zgody na lokalizację urządzenia / infrastruktury</w:t>
      </w:r>
      <w:r w:rsidRPr="00AC45CD">
        <w:rPr>
          <w:b/>
          <w:sz w:val="22"/>
          <w:lang w:val="pl-PL"/>
        </w:rPr>
        <w:br/>
        <w:t>w nieruchomości stanowiącej drogę publiczną lub drogę wewnętrzną</w:t>
      </w:r>
    </w:p>
    <w:p w14:paraId="644CBA77" w14:textId="77777777" w:rsidR="00406411" w:rsidRPr="00AC45CD" w:rsidRDefault="0027569D" w:rsidP="00AC45CD">
      <w:pPr>
        <w:spacing w:after="120"/>
        <w:jc w:val="both"/>
        <w:rPr>
          <w:lang w:val="pl-PL"/>
        </w:rPr>
      </w:pPr>
      <w:r w:rsidRPr="00AC45CD">
        <w:rPr>
          <w:i/>
          <w:lang w:val="pl-PL"/>
        </w:rPr>
        <w:t>W przypadku drogi publicznej wniosek jest rozpatrywany w trybie ustawy z dnia 21 marca 1985 r. o drogach publicznych, w szczególności art. 39. W przypadku drogi wewnętrznej wniosek stanowi wystąpienie do Gminy Łąck jako właściciela lub zarządcy nieruchomości o wyrażenie zgody na lokalizację urządzenia / infrastruktury – art. 39 ustawy o drogach publicznych nie ma w tym przypadku zastosowania.</w:t>
      </w:r>
    </w:p>
    <w:p w14:paraId="6E9A6329" w14:textId="77777777" w:rsidR="00406411" w:rsidRPr="00AC45CD" w:rsidRDefault="0027569D">
      <w:pPr>
        <w:spacing w:before="140" w:after="60"/>
        <w:rPr>
          <w:lang w:val="pl-PL"/>
        </w:rPr>
      </w:pPr>
      <w:r w:rsidRPr="00AC45CD">
        <w:rPr>
          <w:b/>
          <w:sz w:val="21"/>
          <w:lang w:val="pl-PL"/>
        </w:rPr>
        <w:t>1. WNIOSKODAWCA / INWESTOR</w:t>
      </w:r>
    </w:p>
    <w:p w14:paraId="33DB065E" w14:textId="6B8C03D1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Imię i nazwisko / nazwa:</w:t>
      </w:r>
      <w:r w:rsidRPr="00AC45CD">
        <w:rPr>
          <w:lang w:val="pl-PL"/>
        </w:rPr>
        <w:t xml:space="preserve"> .....................................</w:t>
      </w:r>
      <w:r w:rsidR="00AC45CD">
        <w:rPr>
          <w:lang w:val="pl-PL"/>
        </w:rPr>
        <w:t>..........................................................</w:t>
      </w:r>
      <w:r w:rsidRPr="00AC45CD">
        <w:rPr>
          <w:lang w:val="pl-PL"/>
        </w:rPr>
        <w:t>.....................................................</w:t>
      </w:r>
    </w:p>
    <w:p w14:paraId="74902255" w14:textId="1CFCE92D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Adres zamieszkania / siedziby:</w:t>
      </w:r>
      <w:r w:rsidRPr="00AC45CD">
        <w:rPr>
          <w:lang w:val="pl-PL"/>
        </w:rPr>
        <w:t xml:space="preserve"> ............................................</w:t>
      </w:r>
      <w:r w:rsidR="00AC45CD">
        <w:rPr>
          <w:lang w:val="pl-PL"/>
        </w:rPr>
        <w:t>..............................................</w:t>
      </w:r>
      <w:r w:rsidRPr="00AC45CD">
        <w:rPr>
          <w:lang w:val="pl-PL"/>
        </w:rPr>
        <w:t>..............................................</w:t>
      </w:r>
    </w:p>
    <w:p w14:paraId="5881FD14" w14:textId="04642913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PESEL / NIP / KRS (jeżeli dotyczy):</w:t>
      </w:r>
      <w:r w:rsidRPr="00AC45CD">
        <w:rPr>
          <w:lang w:val="pl-PL"/>
        </w:rPr>
        <w:t xml:space="preserve"> .............................</w:t>
      </w:r>
      <w:r w:rsidR="00AC45CD">
        <w:rPr>
          <w:lang w:val="pl-PL"/>
        </w:rPr>
        <w:t>........................................</w:t>
      </w:r>
      <w:r w:rsidRPr="00AC45CD">
        <w:rPr>
          <w:lang w:val="pl-PL"/>
        </w:rPr>
        <w:t>.............................................................</w:t>
      </w:r>
    </w:p>
    <w:p w14:paraId="0DD6DF2E" w14:textId="6E0074FB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Telefon / e-mail / adres do e-Doręczeń:</w:t>
      </w:r>
      <w:r w:rsidRPr="00AC45CD">
        <w:rPr>
          <w:lang w:val="pl-PL"/>
        </w:rPr>
        <w:t xml:space="preserve"> .....................</w:t>
      </w:r>
      <w:r w:rsidR="00AC45CD">
        <w:rPr>
          <w:lang w:val="pl-PL"/>
        </w:rPr>
        <w:t>.................................</w:t>
      </w:r>
      <w:r w:rsidRPr="00AC45CD">
        <w:rPr>
          <w:lang w:val="pl-PL"/>
        </w:rPr>
        <w:t>.....................................................................</w:t>
      </w:r>
    </w:p>
    <w:p w14:paraId="073CA54E" w14:textId="77777777" w:rsidR="00406411" w:rsidRPr="00AC45CD" w:rsidRDefault="0027569D">
      <w:pPr>
        <w:spacing w:before="140" w:after="60"/>
        <w:rPr>
          <w:lang w:val="pl-PL"/>
        </w:rPr>
      </w:pPr>
      <w:r w:rsidRPr="00AC45CD">
        <w:rPr>
          <w:b/>
          <w:sz w:val="21"/>
          <w:lang w:val="pl-PL"/>
        </w:rPr>
        <w:t>2. PEŁNOMOCNIK (jeżeli ustanowiono)</w:t>
      </w:r>
    </w:p>
    <w:p w14:paraId="3C9E60A7" w14:textId="382FE682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Imię i nazwisko / nazwa:</w:t>
      </w:r>
      <w:r w:rsidRPr="00AC45CD">
        <w:rPr>
          <w:lang w:val="pl-PL"/>
        </w:rPr>
        <w:t xml:space="preserve"> ....................................</w:t>
      </w:r>
      <w:r w:rsidR="00AC45CD">
        <w:rPr>
          <w:lang w:val="pl-PL"/>
        </w:rPr>
        <w:t>..........................................................</w:t>
      </w:r>
      <w:r w:rsidRPr="00AC45CD">
        <w:rPr>
          <w:lang w:val="pl-PL"/>
        </w:rPr>
        <w:t>......................................................</w:t>
      </w:r>
    </w:p>
    <w:p w14:paraId="22EEACCE" w14:textId="631100F1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Adres:</w:t>
      </w:r>
      <w:r w:rsidRPr="00AC45CD">
        <w:rPr>
          <w:lang w:val="pl-PL"/>
        </w:rPr>
        <w:t xml:space="preserve"> .................................................</w:t>
      </w:r>
      <w:r w:rsidR="00AC45CD">
        <w:rPr>
          <w:lang w:val="pl-PL"/>
        </w:rPr>
        <w:t>........................................................................................</w:t>
      </w:r>
      <w:r w:rsidRPr="00AC45CD">
        <w:rPr>
          <w:lang w:val="pl-PL"/>
        </w:rPr>
        <w:t>.........................................</w:t>
      </w:r>
    </w:p>
    <w:p w14:paraId="39680EE9" w14:textId="49BDE46A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Telefon / e-mail / adres do e-Doręczeń:</w:t>
      </w:r>
      <w:r w:rsidRPr="00AC45CD">
        <w:rPr>
          <w:lang w:val="pl-PL"/>
        </w:rPr>
        <w:t xml:space="preserve"> ...........</w:t>
      </w:r>
      <w:r w:rsidR="00AC45CD">
        <w:rPr>
          <w:lang w:val="pl-PL"/>
        </w:rPr>
        <w:t>..................................</w:t>
      </w:r>
      <w:r w:rsidRPr="00AC45CD">
        <w:rPr>
          <w:lang w:val="pl-PL"/>
        </w:rPr>
        <w:t>...............................................................................</w:t>
      </w:r>
    </w:p>
    <w:p w14:paraId="6810E3B3" w14:textId="77777777" w:rsidR="00406411" w:rsidRPr="00AC45CD" w:rsidRDefault="0027569D">
      <w:pPr>
        <w:spacing w:before="140" w:after="60"/>
        <w:rPr>
          <w:lang w:val="pl-PL"/>
        </w:rPr>
      </w:pPr>
      <w:r w:rsidRPr="00AC45CD">
        <w:rPr>
          <w:b/>
          <w:sz w:val="21"/>
          <w:lang w:val="pl-PL"/>
        </w:rPr>
        <w:t>3. RODZAJ DROGI / NIERUCHOMOŚCI</w:t>
      </w:r>
    </w:p>
    <w:p w14:paraId="6AFC28CF" w14:textId="77777777" w:rsidR="00406411" w:rsidRPr="00AC45CD" w:rsidRDefault="0027569D">
      <w:pPr>
        <w:spacing w:after="60"/>
        <w:rPr>
          <w:lang w:val="pl-PL"/>
        </w:rPr>
      </w:pPr>
      <w:r w:rsidRPr="00AC45CD">
        <w:rPr>
          <w:lang w:val="pl-PL"/>
        </w:rPr>
        <w:t>☐ droga gminna publiczna     ☐ droga wewnętrzna stanowiąca własność / pozostająca w zarządzie Gminy Łąck</w:t>
      </w:r>
    </w:p>
    <w:p w14:paraId="66B684C8" w14:textId="07A59EE6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Numer drogi (jeżeli dotyczy):</w:t>
      </w:r>
      <w:r w:rsidRPr="00AC45CD">
        <w:rPr>
          <w:lang w:val="pl-PL"/>
        </w:rPr>
        <w:t xml:space="preserve"> .....................</w:t>
      </w:r>
      <w:r w:rsidR="00AC45CD">
        <w:rPr>
          <w:lang w:val="pl-PL"/>
        </w:rPr>
        <w:t>...................................................</w:t>
      </w:r>
      <w:r w:rsidRPr="00AC45CD">
        <w:rPr>
          <w:lang w:val="pl-PL"/>
        </w:rPr>
        <w:t>.....................................................................</w:t>
      </w:r>
    </w:p>
    <w:p w14:paraId="0310E8F7" w14:textId="02F18C72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Miejscowość / obręb:</w:t>
      </w:r>
      <w:r w:rsidRPr="00AC45CD">
        <w:rPr>
          <w:lang w:val="pl-PL"/>
        </w:rPr>
        <w:t xml:space="preserve"> .......................</w:t>
      </w:r>
      <w:r w:rsidR="00AC45CD">
        <w:rPr>
          <w:lang w:val="pl-PL"/>
        </w:rPr>
        <w:t>................................................................</w:t>
      </w:r>
      <w:r w:rsidRPr="00AC45CD">
        <w:rPr>
          <w:lang w:val="pl-PL"/>
        </w:rPr>
        <w:t>...................................................................</w:t>
      </w:r>
    </w:p>
    <w:p w14:paraId="3AC60C52" w14:textId="3CE2493E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Nr działki / działek ewidencyjnych stanowiących drogę:</w:t>
      </w:r>
      <w:r w:rsidRPr="00AC45CD">
        <w:rPr>
          <w:lang w:val="pl-PL"/>
        </w:rPr>
        <w:t xml:space="preserve"> ...........</w:t>
      </w:r>
      <w:r w:rsidR="00AC45CD">
        <w:rPr>
          <w:lang w:val="pl-PL"/>
        </w:rPr>
        <w:t>........</w:t>
      </w:r>
      <w:r w:rsidRPr="00AC45CD">
        <w:rPr>
          <w:lang w:val="pl-PL"/>
        </w:rPr>
        <w:t>..............................................................................</w:t>
      </w:r>
    </w:p>
    <w:p w14:paraId="5AD36F4B" w14:textId="3F282A74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Nazwa ulicy / odcinek drogi (jeżeli dotyczy):</w:t>
      </w:r>
      <w:r w:rsidRPr="00AC45CD">
        <w:rPr>
          <w:lang w:val="pl-PL"/>
        </w:rPr>
        <w:t xml:space="preserve"> ..............................</w:t>
      </w:r>
      <w:r w:rsidR="00AC45CD">
        <w:rPr>
          <w:lang w:val="pl-PL"/>
        </w:rPr>
        <w:t>...........................</w:t>
      </w:r>
      <w:r w:rsidRPr="00AC45CD">
        <w:rPr>
          <w:lang w:val="pl-PL"/>
        </w:rPr>
        <w:t>............................................................</w:t>
      </w:r>
    </w:p>
    <w:p w14:paraId="7C61885A" w14:textId="77777777" w:rsidR="00406411" w:rsidRPr="00AC45CD" w:rsidRDefault="0027569D">
      <w:pPr>
        <w:spacing w:before="140" w:after="60"/>
        <w:rPr>
          <w:lang w:val="pl-PL"/>
        </w:rPr>
      </w:pPr>
      <w:r w:rsidRPr="00AC45CD">
        <w:rPr>
          <w:b/>
          <w:sz w:val="21"/>
          <w:lang w:val="pl-PL"/>
        </w:rPr>
        <w:t>4. PRZEDMIOT WNIOSKU</w:t>
      </w:r>
    </w:p>
    <w:p w14:paraId="44B8EB6B" w14:textId="77777777" w:rsidR="00406411" w:rsidRPr="00AC45CD" w:rsidRDefault="0027569D">
      <w:pPr>
        <w:rPr>
          <w:lang w:val="pl-PL"/>
        </w:rPr>
      </w:pPr>
      <w:r w:rsidRPr="00AC45CD">
        <w:rPr>
          <w:lang w:val="pl-PL"/>
        </w:rPr>
        <w:t>Wnoszę o wyrażenie zgody na lokalizację w granicach wskazanej wyżej nieruchomości drogowej następującego urządzenia / infrastruktury:</w:t>
      </w:r>
    </w:p>
    <w:p w14:paraId="052C3221" w14:textId="4A3BBE41" w:rsidR="00406411" w:rsidRPr="00AC45CD" w:rsidRDefault="0027569D">
      <w:pPr>
        <w:rPr>
          <w:lang w:val="pl-PL"/>
        </w:rPr>
      </w:pPr>
      <w:r w:rsidRPr="00AC45CD">
        <w:rPr>
          <w:lang w:val="pl-PL"/>
        </w:rPr>
        <w:t>☐ sieć wodociągowa   ☐ przyłącze wodociągowe   ☐ kanalizacja sanitarna   ☐ kanalizacja deszczowa</w:t>
      </w:r>
      <w:r w:rsidRPr="00AC45CD">
        <w:rPr>
          <w:lang w:val="pl-PL"/>
        </w:rPr>
        <w:br/>
        <w:t>☐ sieć / przyłącze gazowe   ☐ sieć / przyłącze elektroenergetyczne   ☐ infrastruktura telekomunikacyjna / światłowodowa</w:t>
      </w:r>
      <w:r w:rsidRPr="00AC45CD">
        <w:rPr>
          <w:lang w:val="pl-PL"/>
        </w:rPr>
        <w:br/>
        <w:t>☐ słup / szafa / studnia / urządzenie techniczne   ☐ inne: ................................</w:t>
      </w:r>
      <w:r w:rsidR="00AC45CD">
        <w:rPr>
          <w:lang w:val="pl-PL"/>
        </w:rPr>
        <w:t>...................</w:t>
      </w:r>
      <w:r w:rsidRPr="00AC45CD">
        <w:rPr>
          <w:lang w:val="pl-PL"/>
        </w:rPr>
        <w:t>................................................</w:t>
      </w:r>
    </w:p>
    <w:p w14:paraId="0B8BCFB1" w14:textId="77777777" w:rsidR="00406411" w:rsidRPr="00AC45CD" w:rsidRDefault="0027569D">
      <w:pPr>
        <w:spacing w:before="140" w:after="60"/>
        <w:rPr>
          <w:lang w:val="pl-PL"/>
        </w:rPr>
      </w:pPr>
      <w:r w:rsidRPr="00AC45CD">
        <w:rPr>
          <w:b/>
          <w:sz w:val="21"/>
          <w:lang w:val="pl-PL"/>
        </w:rPr>
        <w:t>5. PARAMETRY I SPOSÓB LOKALIZACJI</w:t>
      </w:r>
    </w:p>
    <w:p w14:paraId="0DAB7985" w14:textId="7B06FEC1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Rodzaj i podstawowe parametry techniczne urządzenia:</w:t>
      </w:r>
      <w:r w:rsidRPr="00AC45CD">
        <w:rPr>
          <w:lang w:val="pl-PL"/>
        </w:rPr>
        <w:t xml:space="preserve"> .....................</w:t>
      </w:r>
      <w:r w:rsidR="00AC45CD">
        <w:rPr>
          <w:lang w:val="pl-PL"/>
        </w:rPr>
        <w:t>.....................................................................................................</w:t>
      </w:r>
      <w:r w:rsidRPr="00AC45CD">
        <w:rPr>
          <w:lang w:val="pl-PL"/>
        </w:rPr>
        <w:t>.....................................................................</w:t>
      </w:r>
    </w:p>
    <w:p w14:paraId="066189FC" w14:textId="25495F76" w:rsidR="00406411" w:rsidRPr="00AC45CD" w:rsidRDefault="0027569D">
      <w:pPr>
        <w:spacing w:after="40"/>
        <w:rPr>
          <w:lang w:val="pl-PL"/>
        </w:rPr>
      </w:pPr>
      <w:r w:rsidRPr="00AC45CD">
        <w:rPr>
          <w:lang w:val="pl-PL"/>
        </w:rPr>
        <w:t>........................................................................................................</w:t>
      </w:r>
      <w:r w:rsidR="00AC45CD">
        <w:rPr>
          <w:lang w:val="pl-PL"/>
        </w:rPr>
        <w:t>............................................................................</w:t>
      </w:r>
      <w:r w:rsidRPr="00AC45CD">
        <w:rPr>
          <w:lang w:val="pl-PL"/>
        </w:rPr>
        <w:t>...........</w:t>
      </w:r>
    </w:p>
    <w:p w14:paraId="66F73188" w14:textId="42FB25CF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Materiał / średnica / przekrój / typ kabla:</w:t>
      </w:r>
      <w:r w:rsidRPr="00AC45CD">
        <w:rPr>
          <w:lang w:val="pl-PL"/>
        </w:rPr>
        <w:t xml:space="preserve"> .......................</w:t>
      </w:r>
      <w:r w:rsidR="00AC45CD">
        <w:rPr>
          <w:lang w:val="pl-PL"/>
        </w:rPr>
        <w:t>................................</w:t>
      </w:r>
      <w:r w:rsidRPr="00AC45CD">
        <w:rPr>
          <w:lang w:val="pl-PL"/>
        </w:rPr>
        <w:t>...................................................................</w:t>
      </w:r>
    </w:p>
    <w:p w14:paraId="343415F5" w14:textId="790AC233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Długość urządzenia w granicach drogi: ............</w:t>
      </w:r>
      <w:r w:rsidR="00AC45CD">
        <w:rPr>
          <w:b/>
          <w:lang w:val="pl-PL"/>
        </w:rPr>
        <w:t>....................................................</w:t>
      </w:r>
      <w:r w:rsidRPr="00AC45CD">
        <w:rPr>
          <w:b/>
          <w:lang w:val="pl-PL"/>
        </w:rPr>
        <w:t xml:space="preserve">............................ </w:t>
      </w:r>
      <w:proofErr w:type="spellStart"/>
      <w:r w:rsidRPr="00AC45CD">
        <w:rPr>
          <w:b/>
          <w:lang w:val="pl-PL"/>
        </w:rPr>
        <w:t>mb</w:t>
      </w:r>
      <w:proofErr w:type="spellEnd"/>
      <w:r w:rsidRPr="00AC45CD">
        <w:rPr>
          <w:lang w:val="pl-PL"/>
        </w:rPr>
        <w:t xml:space="preserve"> .......................................................................</w:t>
      </w:r>
      <w:r w:rsidR="00AC45CD">
        <w:rPr>
          <w:lang w:val="pl-PL"/>
        </w:rPr>
        <w:t>....................................................................................................</w:t>
      </w:r>
      <w:r w:rsidRPr="00AC45CD">
        <w:rPr>
          <w:lang w:val="pl-PL"/>
        </w:rPr>
        <w:t>...................</w:t>
      </w:r>
    </w:p>
    <w:p w14:paraId="4D3B32E4" w14:textId="2C66D0B1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lastRenderedPageBreak/>
        <w:t>Powierzchnia rzutu poziomego urządzenia (jeżeli dotyczy): ...............</w:t>
      </w:r>
      <w:r w:rsidR="00AC45CD">
        <w:rPr>
          <w:b/>
          <w:lang w:val="pl-PL"/>
        </w:rPr>
        <w:t>..................................</w:t>
      </w:r>
      <w:r w:rsidRPr="00AC45CD">
        <w:rPr>
          <w:b/>
          <w:lang w:val="pl-PL"/>
        </w:rPr>
        <w:t>........... m²</w:t>
      </w:r>
      <w:r w:rsidRPr="00AC45CD">
        <w:rPr>
          <w:lang w:val="pl-PL"/>
        </w:rPr>
        <w:t xml:space="preserve"> ...................................................................................</w:t>
      </w:r>
      <w:r w:rsidR="00AC45CD">
        <w:rPr>
          <w:lang w:val="pl-PL"/>
        </w:rPr>
        <w:t>.......................................................................................................</w:t>
      </w:r>
      <w:r w:rsidRPr="00AC45CD">
        <w:rPr>
          <w:lang w:val="pl-PL"/>
        </w:rPr>
        <w:t>.......</w:t>
      </w:r>
    </w:p>
    <w:p w14:paraId="731C3B54" w14:textId="0DC8F682" w:rsidR="00406411" w:rsidRPr="00AC45CD" w:rsidRDefault="0027569D">
      <w:pPr>
        <w:rPr>
          <w:lang w:val="pl-PL"/>
        </w:rPr>
      </w:pPr>
      <w:r w:rsidRPr="00AC45CD">
        <w:rPr>
          <w:lang w:val="pl-PL"/>
        </w:rPr>
        <w:t>Sposób prowadzenia:  ☐ podziemnie   ☐ napowietrznie   ☐ w kanale technologicznym   ☐ inny: .............</w:t>
      </w:r>
      <w:r w:rsidR="00AC45CD">
        <w:rPr>
          <w:lang w:val="pl-PL"/>
        </w:rPr>
        <w:t>................</w:t>
      </w:r>
      <w:r w:rsidRPr="00AC45CD">
        <w:rPr>
          <w:lang w:val="pl-PL"/>
        </w:rPr>
        <w:t>..........</w:t>
      </w:r>
    </w:p>
    <w:p w14:paraId="1D1CF1F0" w14:textId="60AC735C" w:rsidR="00406411" w:rsidRPr="00AC45CD" w:rsidRDefault="0027569D">
      <w:pPr>
        <w:rPr>
          <w:lang w:val="pl-PL"/>
        </w:rPr>
      </w:pPr>
      <w:r w:rsidRPr="00AC45CD">
        <w:rPr>
          <w:lang w:val="pl-PL"/>
        </w:rPr>
        <w:t>Lokalizacja:  ☐ jezdnia / pod jezdnią   ☐ pobocze   ☐ chodnik   ☐ rów   ☐ pas zieleni   ☐ inne: ................</w:t>
      </w:r>
      <w:r w:rsidR="00AC45CD">
        <w:rPr>
          <w:lang w:val="pl-PL"/>
        </w:rPr>
        <w:t>..................</w:t>
      </w:r>
      <w:r w:rsidRPr="00AC45CD">
        <w:rPr>
          <w:lang w:val="pl-PL"/>
        </w:rPr>
        <w:t>........</w:t>
      </w:r>
    </w:p>
    <w:p w14:paraId="7A7A57BB" w14:textId="3F0C566F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Odległość od krawędzi jezdni:</w:t>
      </w:r>
      <w:r w:rsidRPr="00AC45CD">
        <w:rPr>
          <w:lang w:val="pl-PL"/>
        </w:rPr>
        <w:t xml:space="preserve"> ..............................................................</w:t>
      </w:r>
      <w:r w:rsidR="00AC45CD">
        <w:rPr>
          <w:lang w:val="pl-PL"/>
        </w:rPr>
        <w:t>..................................................</w:t>
      </w:r>
      <w:r w:rsidRPr="00AC45CD">
        <w:rPr>
          <w:lang w:val="pl-PL"/>
        </w:rPr>
        <w:t>............................</w:t>
      </w:r>
    </w:p>
    <w:p w14:paraId="42848F14" w14:textId="0DFC9B1C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Głębokość posadowienia:</w:t>
      </w:r>
      <w:r w:rsidRPr="00AC45CD">
        <w:rPr>
          <w:lang w:val="pl-PL"/>
        </w:rPr>
        <w:t xml:space="preserve"> .......................................................</w:t>
      </w:r>
      <w:r w:rsidR="00AC45CD">
        <w:rPr>
          <w:lang w:val="pl-PL"/>
        </w:rPr>
        <w:t>.........................................................</w:t>
      </w:r>
      <w:r w:rsidRPr="00AC45CD">
        <w:rPr>
          <w:lang w:val="pl-PL"/>
        </w:rPr>
        <w:t>...................................</w:t>
      </w:r>
    </w:p>
    <w:p w14:paraId="7271CCB4" w14:textId="70D41692" w:rsidR="00406411" w:rsidRPr="00AC45CD" w:rsidRDefault="0027569D">
      <w:pPr>
        <w:spacing w:after="40"/>
        <w:rPr>
          <w:lang w:val="pl-PL"/>
        </w:rPr>
      </w:pPr>
      <w:r w:rsidRPr="00AC45CD">
        <w:rPr>
          <w:b/>
          <w:lang w:val="pl-PL"/>
        </w:rPr>
        <w:t>Liczba przejść poprzecznych przez drogę:</w:t>
      </w:r>
      <w:r w:rsidRPr="00AC45CD">
        <w:rPr>
          <w:lang w:val="pl-PL"/>
        </w:rPr>
        <w:t xml:space="preserve"> .........................</w:t>
      </w:r>
      <w:r w:rsidR="00AC45CD">
        <w:rPr>
          <w:lang w:val="pl-PL"/>
        </w:rPr>
        <w:t>..............................</w:t>
      </w:r>
      <w:r w:rsidRPr="00AC45CD">
        <w:rPr>
          <w:lang w:val="pl-PL"/>
        </w:rPr>
        <w:t>.................................................................</w:t>
      </w:r>
    </w:p>
    <w:p w14:paraId="12C6F873" w14:textId="17CDBE8C" w:rsidR="00406411" w:rsidRPr="00AC45CD" w:rsidRDefault="0027569D">
      <w:pPr>
        <w:rPr>
          <w:lang w:val="pl-PL"/>
        </w:rPr>
      </w:pPr>
      <w:r w:rsidRPr="00AC45CD">
        <w:rPr>
          <w:lang w:val="pl-PL"/>
        </w:rPr>
        <w:t xml:space="preserve">Sposób przejścia przez jezdnię:  ☐ przewiert   ☐ </w:t>
      </w:r>
      <w:proofErr w:type="spellStart"/>
      <w:r w:rsidRPr="00AC45CD">
        <w:rPr>
          <w:lang w:val="pl-PL"/>
        </w:rPr>
        <w:t>przecisk</w:t>
      </w:r>
      <w:proofErr w:type="spellEnd"/>
      <w:r w:rsidRPr="00AC45CD">
        <w:rPr>
          <w:lang w:val="pl-PL"/>
        </w:rPr>
        <w:t xml:space="preserve">   ☐ wykop otwarty   ☐ nie dotyczy   ☐ inny: ........</w:t>
      </w:r>
      <w:r w:rsidR="00AC45CD">
        <w:rPr>
          <w:lang w:val="pl-PL"/>
        </w:rPr>
        <w:t>...................................................................................................................................................................</w:t>
      </w:r>
      <w:r w:rsidRPr="00AC45CD">
        <w:rPr>
          <w:lang w:val="pl-PL"/>
        </w:rPr>
        <w:t>.....</w:t>
      </w:r>
      <w:r w:rsidR="00AC45CD">
        <w:rPr>
          <w:lang w:val="pl-PL"/>
        </w:rPr>
        <w:t>.........</w:t>
      </w:r>
      <w:r w:rsidRPr="00AC45CD">
        <w:rPr>
          <w:lang w:val="pl-PL"/>
        </w:rPr>
        <w:t>........</w:t>
      </w:r>
    </w:p>
    <w:p w14:paraId="76360C58" w14:textId="77777777" w:rsidR="00406411" w:rsidRPr="00AC45CD" w:rsidRDefault="0027569D">
      <w:pPr>
        <w:spacing w:before="140" w:after="60"/>
        <w:rPr>
          <w:lang w:val="pl-PL"/>
        </w:rPr>
      </w:pPr>
      <w:r w:rsidRPr="00AC45CD">
        <w:rPr>
          <w:b/>
          <w:sz w:val="21"/>
          <w:lang w:val="pl-PL"/>
        </w:rPr>
        <w:t>6. OPIS I UZASADNIENIE PLANOWANEJ LOKALIZACJI</w:t>
      </w:r>
    </w:p>
    <w:p w14:paraId="1284917E" w14:textId="30E08069" w:rsidR="00406411" w:rsidRPr="00AC45CD" w:rsidRDefault="0027569D">
      <w:pPr>
        <w:spacing w:after="40"/>
        <w:rPr>
          <w:lang w:val="pl-PL"/>
        </w:rPr>
      </w:pPr>
      <w:r w:rsidRPr="00AC45CD">
        <w:rPr>
          <w:lang w:val="pl-PL"/>
        </w:rPr>
        <w:t xml:space="preserve"> .....................................................................................</w:t>
      </w:r>
      <w:r w:rsidR="00AC45CD">
        <w:rPr>
          <w:lang w:val="pl-PL"/>
        </w:rPr>
        <w:t>.....................................................................................................</w:t>
      </w:r>
      <w:r w:rsidRPr="00AC45CD">
        <w:rPr>
          <w:lang w:val="pl-PL"/>
        </w:rPr>
        <w:t>.....</w:t>
      </w:r>
    </w:p>
    <w:p w14:paraId="02CE5CA1" w14:textId="51543B6C" w:rsidR="00406411" w:rsidRPr="00AC45CD" w:rsidRDefault="0027569D">
      <w:pPr>
        <w:spacing w:after="40"/>
        <w:rPr>
          <w:lang w:val="pl-PL"/>
        </w:rPr>
      </w:pPr>
      <w:r w:rsidRPr="00AC45CD">
        <w:rPr>
          <w:lang w:val="pl-PL"/>
        </w:rPr>
        <w:t>..............................................................................</w:t>
      </w:r>
      <w:r w:rsidR="00AC45CD">
        <w:rPr>
          <w:lang w:val="pl-PL"/>
        </w:rPr>
        <w:t>............................................................................</w:t>
      </w:r>
      <w:r w:rsidRPr="00AC45CD">
        <w:rPr>
          <w:lang w:val="pl-PL"/>
        </w:rPr>
        <w:t>.....................................</w:t>
      </w:r>
    </w:p>
    <w:p w14:paraId="41C43566" w14:textId="358EDB54" w:rsidR="00406411" w:rsidRPr="00AC45CD" w:rsidRDefault="0027569D">
      <w:pPr>
        <w:spacing w:after="40"/>
        <w:rPr>
          <w:lang w:val="pl-PL"/>
        </w:rPr>
      </w:pPr>
      <w:r w:rsidRPr="00AC45CD">
        <w:rPr>
          <w:lang w:val="pl-PL"/>
        </w:rPr>
        <w:t>............................................................................</w:t>
      </w:r>
      <w:r w:rsidR="00AC45CD">
        <w:rPr>
          <w:lang w:val="pl-PL"/>
        </w:rPr>
        <w:t>............................................................................</w:t>
      </w:r>
      <w:r w:rsidRPr="00AC45CD">
        <w:rPr>
          <w:lang w:val="pl-PL"/>
        </w:rPr>
        <w:t>.......................................</w:t>
      </w:r>
    </w:p>
    <w:p w14:paraId="1F416AA4" w14:textId="59C1E417" w:rsidR="00406411" w:rsidRPr="00AC45CD" w:rsidRDefault="0027569D">
      <w:pPr>
        <w:spacing w:after="40"/>
        <w:rPr>
          <w:lang w:val="pl-PL"/>
        </w:rPr>
      </w:pPr>
      <w:r w:rsidRPr="00AC45CD">
        <w:rPr>
          <w:lang w:val="pl-PL"/>
        </w:rPr>
        <w:t>..........................................................................</w:t>
      </w:r>
      <w:r w:rsidR="00AC45CD">
        <w:rPr>
          <w:lang w:val="pl-PL"/>
        </w:rPr>
        <w:t>............................................................................</w:t>
      </w:r>
      <w:r w:rsidRPr="00AC45CD">
        <w:rPr>
          <w:lang w:val="pl-PL"/>
        </w:rPr>
        <w:t>.........................................</w:t>
      </w:r>
    </w:p>
    <w:p w14:paraId="2BA4E53A" w14:textId="77777777" w:rsidR="00406411" w:rsidRPr="00AC45CD" w:rsidRDefault="0027569D">
      <w:pPr>
        <w:spacing w:before="140" w:after="60"/>
        <w:rPr>
          <w:lang w:val="pl-PL"/>
        </w:rPr>
      </w:pPr>
      <w:r w:rsidRPr="00AC45CD">
        <w:rPr>
          <w:b/>
          <w:sz w:val="21"/>
          <w:lang w:val="pl-PL"/>
        </w:rPr>
        <w:t>7. ZAŁĄCZNIKI</w:t>
      </w:r>
    </w:p>
    <w:p w14:paraId="6FFABF21" w14:textId="77777777" w:rsidR="00406411" w:rsidRPr="00AC45CD" w:rsidRDefault="0027569D">
      <w:pPr>
        <w:rPr>
          <w:lang w:val="pl-PL"/>
        </w:rPr>
      </w:pPr>
      <w:r w:rsidRPr="00AC45CD">
        <w:rPr>
          <w:lang w:val="pl-PL"/>
        </w:rPr>
        <w:t>Do wniosku należy dołączyć dokumentację umożliwiającą jednoznaczne określenie lokalizacji i parametrów urządzenia, w szczególności:</w:t>
      </w:r>
    </w:p>
    <w:p w14:paraId="018345C2" w14:textId="77777777" w:rsidR="00406411" w:rsidRPr="00AC45CD" w:rsidRDefault="0027569D" w:rsidP="00AC45CD">
      <w:pPr>
        <w:spacing w:after="20"/>
        <w:jc w:val="both"/>
        <w:rPr>
          <w:lang w:val="pl-PL"/>
        </w:rPr>
      </w:pPr>
      <w:r w:rsidRPr="00AC45CD">
        <w:rPr>
          <w:lang w:val="pl-PL"/>
        </w:rPr>
        <w:t>☐ plan sytuacyjny / mapa z zaznaczonym przebiegiem projektowanego urządzenia, granicami działek drogowych i numerami działek;</w:t>
      </w:r>
    </w:p>
    <w:p w14:paraId="2417E531" w14:textId="77777777" w:rsidR="00406411" w:rsidRPr="00AC45CD" w:rsidRDefault="0027569D" w:rsidP="00AC45CD">
      <w:pPr>
        <w:spacing w:after="20"/>
        <w:jc w:val="both"/>
        <w:rPr>
          <w:lang w:val="pl-PL"/>
        </w:rPr>
      </w:pPr>
      <w:r w:rsidRPr="00AC45CD">
        <w:rPr>
          <w:lang w:val="pl-PL"/>
        </w:rPr>
        <w:t>☐ opis techniczny projektowanego urządzenia / infrastruktury;</w:t>
      </w:r>
    </w:p>
    <w:p w14:paraId="43C047BE" w14:textId="77777777" w:rsidR="00406411" w:rsidRPr="00AC45CD" w:rsidRDefault="0027569D" w:rsidP="00AC45CD">
      <w:pPr>
        <w:spacing w:after="20"/>
        <w:jc w:val="both"/>
        <w:rPr>
          <w:lang w:val="pl-PL"/>
        </w:rPr>
      </w:pPr>
      <w:r w:rsidRPr="00AC45CD">
        <w:rPr>
          <w:lang w:val="pl-PL"/>
        </w:rPr>
        <w:t>☐ przekroje, profil lub szczegół przejścia przez drogę – jeżeli są niezbędne do oceny wniosku;</w:t>
      </w:r>
    </w:p>
    <w:p w14:paraId="428D192E" w14:textId="77777777" w:rsidR="00406411" w:rsidRPr="00AC45CD" w:rsidRDefault="0027569D" w:rsidP="00AC45CD">
      <w:pPr>
        <w:spacing w:after="20"/>
        <w:jc w:val="both"/>
        <w:rPr>
          <w:lang w:val="pl-PL"/>
        </w:rPr>
      </w:pPr>
      <w:r w:rsidRPr="00AC45CD">
        <w:rPr>
          <w:lang w:val="pl-PL"/>
        </w:rPr>
        <w:t>☐ pełnomocnictwo wraz z dowodem uiszczenia opłaty skarbowej – jeżeli dotyczy;</w:t>
      </w:r>
    </w:p>
    <w:p w14:paraId="3A0BD114" w14:textId="77777777" w:rsidR="00406411" w:rsidRPr="00AC45CD" w:rsidRDefault="0027569D" w:rsidP="00AC45CD">
      <w:pPr>
        <w:spacing w:after="20"/>
        <w:jc w:val="both"/>
        <w:rPr>
          <w:lang w:val="pl-PL"/>
        </w:rPr>
      </w:pPr>
      <w:r w:rsidRPr="00AC45CD">
        <w:rPr>
          <w:lang w:val="pl-PL"/>
        </w:rPr>
        <w:t>☐ inne: ..............................................................................................................................................</w:t>
      </w:r>
    </w:p>
    <w:p w14:paraId="7260BE29" w14:textId="77777777" w:rsidR="00406411" w:rsidRPr="00AC45CD" w:rsidRDefault="0027569D">
      <w:pPr>
        <w:spacing w:before="140" w:after="60"/>
        <w:rPr>
          <w:lang w:val="pl-PL"/>
        </w:rPr>
      </w:pPr>
      <w:r w:rsidRPr="00AC45CD">
        <w:rPr>
          <w:b/>
          <w:sz w:val="21"/>
          <w:lang w:val="pl-PL"/>
        </w:rPr>
        <w:t>8. OŚWIADCZENIA I INFORMACJE</w:t>
      </w:r>
    </w:p>
    <w:p w14:paraId="046C1931" w14:textId="77777777" w:rsidR="00406411" w:rsidRPr="00AC45CD" w:rsidRDefault="0027569D" w:rsidP="00AC45CD">
      <w:pPr>
        <w:spacing w:after="40"/>
        <w:jc w:val="both"/>
        <w:rPr>
          <w:lang w:val="pl-PL"/>
        </w:rPr>
      </w:pPr>
      <w:r w:rsidRPr="00AC45CD">
        <w:rPr>
          <w:lang w:val="pl-PL"/>
        </w:rPr>
        <w:t>1. Oświadczam, że dane zawarte we wniosku i załączonej dokumentacji są zgodne ze stanem faktycznym.</w:t>
      </w:r>
    </w:p>
    <w:p w14:paraId="420F2EAA" w14:textId="77777777" w:rsidR="00406411" w:rsidRPr="00AC45CD" w:rsidRDefault="0027569D" w:rsidP="00AC45CD">
      <w:pPr>
        <w:spacing w:after="40"/>
        <w:jc w:val="both"/>
        <w:rPr>
          <w:lang w:val="pl-PL"/>
        </w:rPr>
      </w:pPr>
      <w:r w:rsidRPr="00AC45CD">
        <w:rPr>
          <w:lang w:val="pl-PL"/>
        </w:rPr>
        <w:t>2. Przyjmuję do wiadomości, że zgoda dotycząca lokalizacji urządzenia nie zastępuje wymaganych prawem pozwoleń, zgłoszeń, uzgodnień ani innych decyzji.</w:t>
      </w:r>
    </w:p>
    <w:p w14:paraId="5B7DFCA2" w14:textId="77777777" w:rsidR="00406411" w:rsidRPr="00AC45CD" w:rsidRDefault="0027569D" w:rsidP="00AC45CD">
      <w:pPr>
        <w:spacing w:after="40"/>
        <w:jc w:val="both"/>
        <w:rPr>
          <w:lang w:val="pl-PL"/>
        </w:rPr>
      </w:pPr>
      <w:r w:rsidRPr="00AC45CD">
        <w:rPr>
          <w:lang w:val="pl-PL"/>
        </w:rPr>
        <w:t>3. W przypadku drogi publicznej przed rozpoczęciem robót w pasie drogowym należy uzyskać odrębne zezwolenie na zajęcie pasa drogowego, jeżeli jest wymagane przepisami ustawy o drogach publicznych.</w:t>
      </w:r>
    </w:p>
    <w:p w14:paraId="0B51BAA1" w14:textId="77777777" w:rsidR="00406411" w:rsidRPr="00AC45CD" w:rsidRDefault="0027569D" w:rsidP="00AC45CD">
      <w:pPr>
        <w:spacing w:after="40"/>
        <w:jc w:val="both"/>
        <w:rPr>
          <w:lang w:val="pl-PL"/>
        </w:rPr>
      </w:pPr>
      <w:r w:rsidRPr="00AC45CD">
        <w:rPr>
          <w:lang w:val="pl-PL"/>
        </w:rPr>
        <w:t>4. W przypadku drogi wewnętrznej warunki wykonania robót, wejścia w teren, odtworzenia nawierzchni oraz dalszego korzystania z nieruchomości określa Gmina Łąck jako właściciel lub zarządca nieruchomości; nie jest to decyzja wydawana na podstawie art. 39 ustawy o drogach publicznych.</w:t>
      </w:r>
    </w:p>
    <w:p w14:paraId="59717BEB" w14:textId="77777777" w:rsidR="00406411" w:rsidRPr="00AC45CD" w:rsidRDefault="0027569D" w:rsidP="00AC45CD">
      <w:pPr>
        <w:spacing w:after="40"/>
        <w:jc w:val="both"/>
        <w:rPr>
          <w:lang w:val="pl-PL"/>
        </w:rPr>
      </w:pPr>
      <w:r w:rsidRPr="00AC45CD">
        <w:rPr>
          <w:lang w:val="pl-PL"/>
        </w:rPr>
        <w:t>5. Wnioskodawca zobowiązuje się do wykonania robót zgodnie z warunkami określonymi przez Gminę Łąck oraz do naprawienia szkód powstałych w związku z realizacją i eksploatacją urządzenia.</w:t>
      </w:r>
    </w:p>
    <w:p w14:paraId="71ABC082" w14:textId="77777777" w:rsidR="00406411" w:rsidRPr="00AC45CD" w:rsidRDefault="0027569D">
      <w:pPr>
        <w:spacing w:before="140" w:after="60"/>
        <w:rPr>
          <w:lang w:val="pl-PL"/>
        </w:rPr>
      </w:pPr>
      <w:r w:rsidRPr="00AC45CD">
        <w:rPr>
          <w:b/>
          <w:sz w:val="21"/>
          <w:lang w:val="pl-PL"/>
        </w:rPr>
        <w:t>9. PODPIS</w:t>
      </w:r>
    </w:p>
    <w:p w14:paraId="650528C5" w14:textId="72071995" w:rsidR="00406411" w:rsidRPr="00AC45CD" w:rsidRDefault="0027569D">
      <w:pPr>
        <w:rPr>
          <w:lang w:val="pl-PL"/>
        </w:rPr>
      </w:pPr>
      <w:r w:rsidRPr="00AC45CD">
        <w:rPr>
          <w:lang w:val="pl-PL"/>
        </w:rPr>
        <w:t>Miejscowość i data: ......</w:t>
      </w:r>
      <w:r w:rsidR="00AC45CD">
        <w:rPr>
          <w:lang w:val="pl-PL"/>
        </w:rPr>
        <w:t>..................................................................................................</w:t>
      </w:r>
      <w:r w:rsidRPr="00AC45CD">
        <w:rPr>
          <w:lang w:val="pl-PL"/>
        </w:rPr>
        <w:t>.......................................................</w:t>
      </w:r>
      <w:r w:rsidRPr="00AC45CD">
        <w:rPr>
          <w:lang w:val="pl-PL"/>
        </w:rPr>
        <w:br/>
      </w:r>
      <w:r w:rsidRPr="00AC45CD">
        <w:rPr>
          <w:lang w:val="pl-PL"/>
        </w:rPr>
        <w:br/>
        <w:t>..............................</w:t>
      </w:r>
      <w:r w:rsidR="00AC45CD">
        <w:rPr>
          <w:lang w:val="pl-PL"/>
        </w:rPr>
        <w:t>.....................</w:t>
      </w:r>
      <w:r w:rsidRPr="00AC45CD">
        <w:rPr>
          <w:lang w:val="pl-PL"/>
        </w:rPr>
        <w:t>..................................................</w:t>
      </w:r>
      <w:r w:rsidRPr="00AC45CD">
        <w:rPr>
          <w:lang w:val="pl-PL"/>
        </w:rPr>
        <w:br/>
      </w:r>
      <w:r w:rsidRPr="00AC45CD">
        <w:rPr>
          <w:i/>
          <w:lang w:val="pl-PL"/>
        </w:rPr>
        <w:t>podpis wnioskodawcy / pełnomocnika</w:t>
      </w:r>
    </w:p>
    <w:sectPr w:rsidR="00406411" w:rsidRPr="00AC45CD" w:rsidSect="00034616">
      <w:footerReference w:type="default" r:id="rId8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473E2" w14:textId="77777777" w:rsidR="0027569D" w:rsidRDefault="0027569D">
      <w:pPr>
        <w:spacing w:after="0" w:line="240" w:lineRule="auto"/>
      </w:pPr>
      <w:r>
        <w:separator/>
      </w:r>
    </w:p>
  </w:endnote>
  <w:endnote w:type="continuationSeparator" w:id="0">
    <w:p w14:paraId="24CE138B" w14:textId="77777777" w:rsidR="0027569D" w:rsidRDefault="00275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7F0D1" w14:textId="77777777" w:rsidR="00406411" w:rsidRPr="00AC45CD" w:rsidRDefault="0027569D">
    <w:pPr>
      <w:pStyle w:val="Stopka"/>
      <w:jc w:val="center"/>
      <w:rPr>
        <w:lang w:val="pl-PL"/>
      </w:rPr>
    </w:pPr>
    <w:r w:rsidRPr="00AC45CD">
      <w:rPr>
        <w:sz w:val="16"/>
        <w:lang w:val="pl-PL"/>
      </w:rPr>
      <w:t>Urząd Gminy Łąck – formularz wniosku dotyczącego lokalizacji urządzeń / infrastruktury w drogach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79229" w14:textId="77777777" w:rsidR="0027569D" w:rsidRDefault="0027569D">
      <w:pPr>
        <w:spacing w:after="0" w:line="240" w:lineRule="auto"/>
      </w:pPr>
      <w:r>
        <w:separator/>
      </w:r>
    </w:p>
  </w:footnote>
  <w:footnote w:type="continuationSeparator" w:id="0">
    <w:p w14:paraId="5D12DD89" w14:textId="77777777" w:rsidR="0027569D" w:rsidRDefault="00275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1787046">
    <w:abstractNumId w:val="8"/>
  </w:num>
  <w:num w:numId="2" w16cid:durableId="1418595973">
    <w:abstractNumId w:val="6"/>
  </w:num>
  <w:num w:numId="3" w16cid:durableId="1086613805">
    <w:abstractNumId w:val="5"/>
  </w:num>
  <w:num w:numId="4" w16cid:durableId="608782028">
    <w:abstractNumId w:val="4"/>
  </w:num>
  <w:num w:numId="5" w16cid:durableId="1613704073">
    <w:abstractNumId w:val="7"/>
  </w:num>
  <w:num w:numId="6" w16cid:durableId="1429349839">
    <w:abstractNumId w:val="3"/>
  </w:num>
  <w:num w:numId="7" w16cid:durableId="902837794">
    <w:abstractNumId w:val="2"/>
  </w:num>
  <w:num w:numId="8" w16cid:durableId="27993195">
    <w:abstractNumId w:val="1"/>
  </w:num>
  <w:num w:numId="9" w16cid:durableId="1601529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569D"/>
    <w:rsid w:val="0029639D"/>
    <w:rsid w:val="00326F90"/>
    <w:rsid w:val="00406411"/>
    <w:rsid w:val="005D4941"/>
    <w:rsid w:val="00687CDC"/>
    <w:rsid w:val="006F6E6D"/>
    <w:rsid w:val="00AA1D8D"/>
    <w:rsid w:val="00AC45C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7F0116"/>
  <w14:defaultImageDpi w14:val="300"/>
  <w15:docId w15:val="{031EBF9F-F1A0-4326-9848-DC56DF65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1182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</cp:lastModifiedBy>
  <cp:revision>5</cp:revision>
  <dcterms:created xsi:type="dcterms:W3CDTF">2026-08-16T17:34:00Z</dcterms:created>
  <dcterms:modified xsi:type="dcterms:W3CDTF">2026-08-16T17:46:00Z</dcterms:modified>
  <cp:category/>
</cp:coreProperties>
</file>