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FB60A7" w:rsidRPr="00645D34" w14:paraId="2539C9CB" w14:textId="77777777">
        <w:trPr>
          <w:jc w:val="center"/>
        </w:trPr>
        <w:tc>
          <w:tcPr>
            <w:tcW w:w="5156" w:type="dxa"/>
          </w:tcPr>
          <w:p w14:paraId="754513CA" w14:textId="777A3E3F" w:rsidR="00FB60A7" w:rsidRPr="00645D34" w:rsidRDefault="00FB60A7" w:rsidP="00645D34">
            <w:pPr>
              <w:spacing w:after="0"/>
              <w:rPr>
                <w:lang w:val="pl-PL"/>
              </w:rPr>
            </w:pPr>
          </w:p>
        </w:tc>
        <w:tc>
          <w:tcPr>
            <w:tcW w:w="5156" w:type="dxa"/>
          </w:tcPr>
          <w:p w14:paraId="5746CC28" w14:textId="77777777" w:rsidR="00645D34" w:rsidRDefault="00645D34" w:rsidP="00645D34">
            <w:pPr>
              <w:spacing w:after="0" w:line="240" w:lineRule="auto"/>
              <w:jc w:val="right"/>
              <w:rPr>
                <w:b/>
                <w:lang w:val="pl-PL"/>
              </w:rPr>
            </w:pPr>
          </w:p>
          <w:p w14:paraId="4046435E" w14:textId="77777777" w:rsidR="00645D34" w:rsidRPr="00645D34" w:rsidRDefault="00645D34" w:rsidP="00645D34">
            <w:pPr>
              <w:spacing w:after="0" w:line="240" w:lineRule="auto"/>
              <w:jc w:val="right"/>
              <w:rPr>
                <w:b/>
                <w:sz w:val="28"/>
                <w:szCs w:val="28"/>
                <w:lang w:val="pl-PL"/>
              </w:rPr>
            </w:pPr>
          </w:p>
          <w:p w14:paraId="3E7E90BF" w14:textId="77777777" w:rsidR="00645D34" w:rsidRDefault="00645D34" w:rsidP="00645D34">
            <w:pPr>
              <w:spacing w:after="0" w:line="240" w:lineRule="auto"/>
              <w:jc w:val="right"/>
              <w:rPr>
                <w:b/>
                <w:sz w:val="28"/>
                <w:szCs w:val="28"/>
                <w:lang w:val="pl-PL"/>
              </w:rPr>
            </w:pPr>
            <w:r w:rsidRPr="00645D34">
              <w:rPr>
                <w:b/>
                <w:sz w:val="28"/>
                <w:szCs w:val="28"/>
                <w:lang w:val="pl-PL"/>
              </w:rPr>
              <w:t>URZĄD GMINY ŁĄCK</w:t>
            </w:r>
          </w:p>
          <w:p w14:paraId="55643E21" w14:textId="1FD728E4" w:rsidR="00645D34" w:rsidRDefault="00645D34" w:rsidP="00645D34">
            <w:pPr>
              <w:spacing w:after="0" w:line="240" w:lineRule="auto"/>
              <w:jc w:val="center"/>
              <w:rPr>
                <w:b/>
                <w:sz w:val="28"/>
                <w:szCs w:val="28"/>
                <w:lang w:val="pl-PL"/>
              </w:rPr>
            </w:pPr>
            <w:r>
              <w:rPr>
                <w:b/>
                <w:sz w:val="28"/>
                <w:szCs w:val="28"/>
                <w:lang w:val="pl-PL"/>
              </w:rPr>
              <w:t xml:space="preserve">                     </w:t>
            </w:r>
            <w:r w:rsidRPr="00645D34">
              <w:rPr>
                <w:b/>
                <w:sz w:val="28"/>
                <w:szCs w:val="28"/>
                <w:lang w:val="pl-PL"/>
              </w:rPr>
              <w:t>ul. Gostynińska 2</w:t>
            </w:r>
          </w:p>
          <w:p w14:paraId="76152BAF" w14:textId="04271102" w:rsidR="00FB60A7" w:rsidRPr="00645D34" w:rsidRDefault="00645D34" w:rsidP="00645D34">
            <w:pPr>
              <w:spacing w:after="0" w:line="240" w:lineRule="auto"/>
              <w:jc w:val="center"/>
              <w:rPr>
                <w:lang w:val="pl-PL"/>
              </w:rPr>
            </w:pPr>
            <w:r>
              <w:rPr>
                <w:b/>
                <w:sz w:val="28"/>
                <w:szCs w:val="28"/>
                <w:lang w:val="pl-PL"/>
              </w:rPr>
              <w:t xml:space="preserve">             </w:t>
            </w:r>
            <w:r w:rsidRPr="00645D34">
              <w:rPr>
                <w:b/>
                <w:sz w:val="28"/>
                <w:szCs w:val="28"/>
                <w:lang w:val="pl-PL"/>
              </w:rPr>
              <w:t>09-520 Łąck</w:t>
            </w:r>
          </w:p>
        </w:tc>
      </w:tr>
    </w:tbl>
    <w:p w14:paraId="289F7267" w14:textId="77777777" w:rsidR="00645D34" w:rsidRPr="00645D34" w:rsidRDefault="00645D34">
      <w:pPr>
        <w:spacing w:after="0"/>
        <w:jc w:val="center"/>
        <w:rPr>
          <w:b/>
          <w:sz w:val="30"/>
          <w:lang w:val="pl-PL"/>
        </w:rPr>
      </w:pPr>
    </w:p>
    <w:p w14:paraId="34FF35E8" w14:textId="798DB6F5" w:rsidR="00FB60A7" w:rsidRDefault="00347867">
      <w:pPr>
        <w:spacing w:after="0"/>
        <w:jc w:val="center"/>
      </w:pPr>
      <w:r>
        <w:rPr>
          <w:b/>
          <w:sz w:val="30"/>
        </w:rPr>
        <w:t>WNIOSEK</w:t>
      </w:r>
    </w:p>
    <w:p w14:paraId="3DC3D1DC" w14:textId="77777777" w:rsidR="00FB60A7" w:rsidRDefault="00347867">
      <w:pPr>
        <w:spacing w:after="0"/>
        <w:jc w:val="center"/>
        <w:rPr>
          <w:b/>
          <w:sz w:val="21"/>
          <w:lang w:val="pl-PL"/>
        </w:rPr>
      </w:pPr>
      <w:r w:rsidRPr="00645D34">
        <w:rPr>
          <w:b/>
          <w:sz w:val="21"/>
          <w:lang w:val="pl-PL"/>
        </w:rPr>
        <w:t>o wyrażenie zgody na lokalizację / budowę / przebudowę zjazdu</w:t>
      </w:r>
      <w:r w:rsidRPr="00645D34">
        <w:rPr>
          <w:b/>
          <w:sz w:val="21"/>
          <w:lang w:val="pl-PL"/>
        </w:rPr>
        <w:br/>
        <w:t>z drogi gminnej publicznej albo drogi wewnętrznej Gminy Łąck</w:t>
      </w:r>
    </w:p>
    <w:p w14:paraId="21AEC2D2" w14:textId="77777777" w:rsidR="00645D34" w:rsidRPr="00645D34" w:rsidRDefault="00645D34">
      <w:pPr>
        <w:spacing w:after="0"/>
        <w:jc w:val="center"/>
        <w:rPr>
          <w:lang w:val="pl-PL"/>
        </w:rPr>
      </w:pPr>
    </w:p>
    <w:p w14:paraId="1C56B0D4" w14:textId="77777777" w:rsidR="00FB60A7" w:rsidRPr="00645D34" w:rsidRDefault="00347867" w:rsidP="00645D34">
      <w:pPr>
        <w:spacing w:after="0"/>
        <w:jc w:val="both"/>
        <w:rPr>
          <w:lang w:val="pl-PL"/>
        </w:rPr>
      </w:pPr>
      <w:r w:rsidRPr="00645D34">
        <w:rPr>
          <w:i/>
          <w:lang w:val="pl-PL"/>
        </w:rPr>
        <w:t>Formularz uniwersalny. W przypadku drogi publicznej sprawa dotycząca lokalizacji lub przebudowy zjazdu jest rozpatrywana na podstawie art. 29 ustawy z dnia 21 marca 1985 r. o drogach publicznych. W przypadku drogi wewnętrznej art. 29 tej ustawy nie ma zastosowania – wniosek stanowi wystąpienie do Gminy Łąck jako właściciela lub zarządcy nieruchomości drogowej o wyrażenie zgody właścicielskiej.</w:t>
      </w:r>
    </w:p>
    <w:p w14:paraId="3E361FCE" w14:textId="77777777" w:rsidR="00645D34" w:rsidRDefault="00645D34">
      <w:pPr>
        <w:spacing w:after="0"/>
        <w:rPr>
          <w:b/>
          <w:sz w:val="20"/>
          <w:lang w:val="pl-PL"/>
        </w:rPr>
      </w:pPr>
    </w:p>
    <w:p w14:paraId="44CA6891" w14:textId="4874A6F7" w:rsidR="00FB60A7" w:rsidRPr="00645D34" w:rsidRDefault="00347867">
      <w:pPr>
        <w:spacing w:after="0"/>
        <w:rPr>
          <w:lang w:val="pl-PL"/>
        </w:rPr>
      </w:pPr>
      <w:r w:rsidRPr="00645D34">
        <w:rPr>
          <w:b/>
          <w:sz w:val="20"/>
          <w:lang w:val="pl-PL"/>
        </w:rPr>
        <w:t>1. WNIOSKODAWCA / INWESTOR</w:t>
      </w:r>
    </w:p>
    <w:p w14:paraId="241A5B51" w14:textId="6372DE3B" w:rsidR="00FB60A7" w:rsidRPr="00645D34" w:rsidRDefault="00347867">
      <w:pPr>
        <w:spacing w:after="0"/>
        <w:rPr>
          <w:lang w:val="pl-PL"/>
        </w:rPr>
      </w:pPr>
      <w:r w:rsidRPr="00645D34">
        <w:rPr>
          <w:b/>
          <w:lang w:val="pl-PL"/>
        </w:rPr>
        <w:t>Imię i nazwisko / nazwa:</w:t>
      </w:r>
      <w:r w:rsidRPr="00645D34">
        <w:rPr>
          <w:lang w:val="pl-PL"/>
        </w:rPr>
        <w:t xml:space="preserve"> ...........................................</w:t>
      </w:r>
      <w:r w:rsidR="00645D34">
        <w:rPr>
          <w:lang w:val="pl-PL"/>
        </w:rPr>
        <w:t>.................................................................................</w:t>
      </w:r>
      <w:r w:rsidRPr="00645D34">
        <w:rPr>
          <w:lang w:val="pl-PL"/>
        </w:rPr>
        <w:t>....................................................</w:t>
      </w:r>
    </w:p>
    <w:p w14:paraId="222E07B2" w14:textId="19276AD0" w:rsidR="00FB60A7" w:rsidRPr="00645D34" w:rsidRDefault="00347867">
      <w:pPr>
        <w:spacing w:after="0"/>
        <w:rPr>
          <w:lang w:val="pl-PL"/>
        </w:rPr>
      </w:pPr>
      <w:r w:rsidRPr="00645D34">
        <w:rPr>
          <w:b/>
          <w:lang w:val="pl-PL"/>
        </w:rPr>
        <w:t>Adres zamieszkania / siedziby:</w:t>
      </w:r>
      <w:r w:rsidRPr="00645D34">
        <w:rPr>
          <w:lang w:val="pl-PL"/>
        </w:rPr>
        <w:t xml:space="preserve"> .................</w:t>
      </w:r>
      <w:r w:rsidR="00645D34">
        <w:rPr>
          <w:lang w:val="pl-PL"/>
        </w:rPr>
        <w:t>......................................................................</w:t>
      </w:r>
      <w:r w:rsidRPr="00645D34">
        <w:rPr>
          <w:lang w:val="pl-PL"/>
        </w:rPr>
        <w:t>.............................................................................</w:t>
      </w:r>
    </w:p>
    <w:p w14:paraId="5AEA0643" w14:textId="3646B741" w:rsidR="00FB60A7" w:rsidRPr="00645D34" w:rsidRDefault="00347867">
      <w:pPr>
        <w:spacing w:after="0"/>
        <w:rPr>
          <w:lang w:val="pl-PL"/>
        </w:rPr>
      </w:pPr>
      <w:r w:rsidRPr="00645D34">
        <w:rPr>
          <w:b/>
          <w:lang w:val="pl-PL"/>
        </w:rPr>
        <w:t>PESEL / NIP / KRS (jeżeli dotyczy):</w:t>
      </w:r>
      <w:r w:rsidRPr="00645D34">
        <w:rPr>
          <w:lang w:val="pl-PL"/>
        </w:rPr>
        <w:t xml:space="preserve"> ................</w:t>
      </w:r>
      <w:r w:rsidR="00645D34">
        <w:rPr>
          <w:lang w:val="pl-PL"/>
        </w:rPr>
        <w:t>...............................................................</w:t>
      </w:r>
      <w:r w:rsidRPr="00645D34">
        <w:rPr>
          <w:lang w:val="pl-PL"/>
        </w:rPr>
        <w:t>...............................................................................</w:t>
      </w:r>
    </w:p>
    <w:p w14:paraId="5EFF26EF" w14:textId="250D1B1A" w:rsidR="00FB60A7" w:rsidRPr="00645D34" w:rsidRDefault="00347867">
      <w:pPr>
        <w:spacing w:after="0"/>
        <w:rPr>
          <w:lang w:val="pl-PL"/>
        </w:rPr>
      </w:pPr>
      <w:r w:rsidRPr="00645D34">
        <w:rPr>
          <w:b/>
          <w:lang w:val="pl-PL"/>
        </w:rPr>
        <w:t>Telefon / e-mail / adres do e-Doręczeń:</w:t>
      </w:r>
      <w:r w:rsidRPr="00645D34">
        <w:rPr>
          <w:lang w:val="pl-PL"/>
        </w:rPr>
        <w:t xml:space="preserve"> ...............</w:t>
      </w:r>
      <w:r w:rsidR="00645D34">
        <w:rPr>
          <w:lang w:val="pl-PL"/>
        </w:rPr>
        <w:t>........................................................</w:t>
      </w:r>
      <w:r w:rsidRPr="00645D34">
        <w:rPr>
          <w:lang w:val="pl-PL"/>
        </w:rPr>
        <w:t>................................................................................</w:t>
      </w:r>
    </w:p>
    <w:p w14:paraId="7D857C8E" w14:textId="77777777" w:rsidR="00FB60A7" w:rsidRPr="00645D34" w:rsidRDefault="00347867">
      <w:pPr>
        <w:spacing w:after="0"/>
        <w:rPr>
          <w:lang w:val="pl-PL"/>
        </w:rPr>
      </w:pPr>
      <w:r w:rsidRPr="00645D34">
        <w:rPr>
          <w:b/>
          <w:sz w:val="20"/>
          <w:lang w:val="pl-PL"/>
        </w:rPr>
        <w:t>2. PEŁNOMOCNIK (jeżeli ustanowiono)</w:t>
      </w:r>
    </w:p>
    <w:p w14:paraId="05085CB5" w14:textId="665BFD52" w:rsidR="00FB60A7" w:rsidRPr="00645D34" w:rsidRDefault="00347867">
      <w:pPr>
        <w:spacing w:after="0"/>
        <w:rPr>
          <w:lang w:val="pl-PL"/>
        </w:rPr>
      </w:pPr>
      <w:r w:rsidRPr="00645D34">
        <w:rPr>
          <w:b/>
          <w:lang w:val="pl-PL"/>
        </w:rPr>
        <w:t>Imię i nazwisko / nazwa:</w:t>
      </w:r>
      <w:r w:rsidRPr="00645D34">
        <w:rPr>
          <w:lang w:val="pl-PL"/>
        </w:rPr>
        <w:t xml:space="preserve"> ..................................</w:t>
      </w:r>
      <w:r w:rsidR="00645D34">
        <w:rPr>
          <w:lang w:val="pl-PL"/>
        </w:rPr>
        <w:t>................................................................................</w:t>
      </w:r>
      <w:r w:rsidRPr="00645D34">
        <w:rPr>
          <w:lang w:val="pl-PL"/>
        </w:rPr>
        <w:t>.............................................................</w:t>
      </w:r>
    </w:p>
    <w:p w14:paraId="2CD94ED1" w14:textId="393DCC4E" w:rsidR="00FB60A7" w:rsidRPr="00645D34" w:rsidRDefault="00347867">
      <w:pPr>
        <w:spacing w:after="0"/>
        <w:rPr>
          <w:lang w:val="pl-PL"/>
        </w:rPr>
      </w:pPr>
      <w:r w:rsidRPr="00645D34">
        <w:rPr>
          <w:b/>
          <w:lang w:val="pl-PL"/>
        </w:rPr>
        <w:t>Adres:</w:t>
      </w:r>
      <w:r w:rsidRPr="00645D34">
        <w:rPr>
          <w:lang w:val="pl-PL"/>
        </w:rPr>
        <w:t xml:space="preserve"> ............................................</w:t>
      </w:r>
      <w:r w:rsidR="00645D34">
        <w:rPr>
          <w:lang w:val="pl-PL"/>
        </w:rPr>
        <w:t>..............................................................................................................</w:t>
      </w:r>
      <w:r w:rsidRPr="00645D34">
        <w:rPr>
          <w:lang w:val="pl-PL"/>
        </w:rPr>
        <w:t>...................................................</w:t>
      </w:r>
    </w:p>
    <w:p w14:paraId="27B17135" w14:textId="2F92B276" w:rsidR="00FB60A7" w:rsidRPr="00645D34" w:rsidRDefault="00347867">
      <w:pPr>
        <w:spacing w:after="0"/>
        <w:rPr>
          <w:lang w:val="pl-PL"/>
        </w:rPr>
      </w:pPr>
      <w:r w:rsidRPr="00645D34">
        <w:rPr>
          <w:b/>
          <w:lang w:val="pl-PL"/>
        </w:rPr>
        <w:t>Telefon / e-mail / adres do e-Doręczeń:</w:t>
      </w:r>
      <w:r w:rsidRPr="00645D34">
        <w:rPr>
          <w:lang w:val="pl-PL"/>
        </w:rPr>
        <w:t xml:space="preserve"> ...</w:t>
      </w:r>
      <w:r w:rsidR="00645D34">
        <w:rPr>
          <w:lang w:val="pl-PL"/>
        </w:rPr>
        <w:t>..........................................................</w:t>
      </w:r>
      <w:r w:rsidRPr="00645D34">
        <w:rPr>
          <w:lang w:val="pl-PL"/>
        </w:rPr>
        <w:t>..........................................................................................</w:t>
      </w:r>
    </w:p>
    <w:p w14:paraId="5D50CA74" w14:textId="77777777" w:rsidR="00FB60A7" w:rsidRPr="00645D34" w:rsidRDefault="00347867">
      <w:pPr>
        <w:spacing w:after="0"/>
        <w:rPr>
          <w:lang w:val="pl-PL"/>
        </w:rPr>
      </w:pPr>
      <w:r w:rsidRPr="00645D34">
        <w:rPr>
          <w:b/>
          <w:sz w:val="20"/>
          <w:lang w:val="pl-PL"/>
        </w:rPr>
        <w:t>3. RODZAJ DROGI</w:t>
      </w:r>
    </w:p>
    <w:p w14:paraId="7F73B9ED" w14:textId="77777777" w:rsidR="00FB60A7" w:rsidRPr="00645D34" w:rsidRDefault="00347867">
      <w:pPr>
        <w:spacing w:after="0"/>
        <w:rPr>
          <w:lang w:val="pl-PL"/>
        </w:rPr>
      </w:pPr>
      <w:r w:rsidRPr="00645D34">
        <w:rPr>
          <w:lang w:val="pl-PL"/>
        </w:rPr>
        <w:t>☐ droga gminna publiczna     ☐ droga wewnętrzna stanowiąca własność / pozostająca w zarządzie Gminy Łąck</w:t>
      </w:r>
    </w:p>
    <w:p w14:paraId="15B0A79F" w14:textId="39D2F3BD" w:rsidR="00FB60A7" w:rsidRPr="00645D34" w:rsidRDefault="00347867">
      <w:pPr>
        <w:spacing w:after="0"/>
        <w:rPr>
          <w:lang w:val="pl-PL"/>
        </w:rPr>
      </w:pPr>
      <w:r w:rsidRPr="00645D34">
        <w:rPr>
          <w:b/>
          <w:lang w:val="pl-PL"/>
        </w:rPr>
        <w:t>Numer drogi / nazwa ulicy (jeżeli dotyczy):</w:t>
      </w:r>
      <w:r w:rsidRPr="00645D34">
        <w:rPr>
          <w:lang w:val="pl-PL"/>
        </w:rPr>
        <w:t xml:space="preserve"> ...............</w:t>
      </w:r>
      <w:r w:rsidR="00645D34">
        <w:rPr>
          <w:lang w:val="pl-PL"/>
        </w:rPr>
        <w:t>.................................................</w:t>
      </w:r>
      <w:r w:rsidRPr="00645D34">
        <w:rPr>
          <w:lang w:val="pl-PL"/>
        </w:rPr>
        <w:t>................................................................................</w:t>
      </w:r>
    </w:p>
    <w:p w14:paraId="351B2F3E" w14:textId="667DB1A8" w:rsidR="00FB60A7" w:rsidRPr="00645D34" w:rsidRDefault="00347867">
      <w:pPr>
        <w:spacing w:after="0"/>
        <w:rPr>
          <w:lang w:val="pl-PL"/>
        </w:rPr>
      </w:pPr>
      <w:r w:rsidRPr="00645D34">
        <w:rPr>
          <w:b/>
          <w:lang w:val="pl-PL"/>
        </w:rPr>
        <w:t>Miejscowość / obręb ewidencyjny:</w:t>
      </w:r>
      <w:r w:rsidRPr="00645D34">
        <w:rPr>
          <w:lang w:val="pl-PL"/>
        </w:rPr>
        <w:t xml:space="preserve"> ...............................</w:t>
      </w:r>
      <w:r w:rsidR="00645D34">
        <w:rPr>
          <w:lang w:val="pl-PL"/>
        </w:rPr>
        <w:t>...............................................................</w:t>
      </w:r>
      <w:r w:rsidRPr="00645D34">
        <w:rPr>
          <w:lang w:val="pl-PL"/>
        </w:rPr>
        <w:t>................................................................</w:t>
      </w:r>
    </w:p>
    <w:p w14:paraId="6EF02501" w14:textId="1031B83A" w:rsidR="00FB60A7" w:rsidRPr="00645D34" w:rsidRDefault="00347867">
      <w:pPr>
        <w:spacing w:after="0"/>
        <w:rPr>
          <w:lang w:val="pl-PL"/>
        </w:rPr>
      </w:pPr>
      <w:r w:rsidRPr="00645D34">
        <w:rPr>
          <w:b/>
          <w:lang w:val="pl-PL"/>
        </w:rPr>
        <w:t>Nr działki ewidencyjnej stanowiącej drogę:</w:t>
      </w:r>
      <w:r w:rsidRPr="00645D34">
        <w:rPr>
          <w:lang w:val="pl-PL"/>
        </w:rPr>
        <w:t xml:space="preserve"> ................</w:t>
      </w:r>
      <w:r w:rsidR="00645D34">
        <w:rPr>
          <w:lang w:val="pl-PL"/>
        </w:rPr>
        <w:t>................................................</w:t>
      </w:r>
      <w:r w:rsidRPr="00645D34">
        <w:rPr>
          <w:lang w:val="pl-PL"/>
        </w:rPr>
        <w:t>...............................................................................</w:t>
      </w:r>
    </w:p>
    <w:p w14:paraId="0DC87C25" w14:textId="77777777" w:rsidR="00FB60A7" w:rsidRPr="00645D34" w:rsidRDefault="00347867">
      <w:pPr>
        <w:spacing w:after="0"/>
        <w:rPr>
          <w:lang w:val="pl-PL"/>
        </w:rPr>
      </w:pPr>
      <w:r w:rsidRPr="00645D34">
        <w:rPr>
          <w:b/>
          <w:sz w:val="20"/>
          <w:lang w:val="pl-PL"/>
        </w:rPr>
        <w:t>4. NIERUCHOMOŚĆ, DLA KTÓREJ MA BYĆ WYKONANY ZJAZD</w:t>
      </w:r>
    </w:p>
    <w:p w14:paraId="5F4F56C1" w14:textId="1D913E92" w:rsidR="00FB60A7" w:rsidRPr="00645D34" w:rsidRDefault="00347867">
      <w:pPr>
        <w:spacing w:after="0"/>
        <w:rPr>
          <w:lang w:val="pl-PL"/>
        </w:rPr>
      </w:pPr>
      <w:r w:rsidRPr="00645D34">
        <w:rPr>
          <w:b/>
          <w:lang w:val="pl-PL"/>
        </w:rPr>
        <w:t>Nr działki / działek ewidencyjnych:</w:t>
      </w:r>
      <w:r w:rsidRPr="00645D34">
        <w:rPr>
          <w:lang w:val="pl-PL"/>
        </w:rPr>
        <w:t xml:space="preserve"> .......................</w:t>
      </w:r>
      <w:r w:rsidR="00645D34">
        <w:rPr>
          <w:lang w:val="pl-PL"/>
        </w:rPr>
        <w:t>................................................................</w:t>
      </w:r>
      <w:r w:rsidRPr="00645D34">
        <w:rPr>
          <w:lang w:val="pl-PL"/>
        </w:rPr>
        <w:t>.......................................................................</w:t>
      </w:r>
    </w:p>
    <w:p w14:paraId="01C0169D" w14:textId="0094DBAA" w:rsidR="00FB60A7" w:rsidRPr="00645D34" w:rsidRDefault="00347867">
      <w:pPr>
        <w:spacing w:after="0"/>
        <w:rPr>
          <w:lang w:val="pl-PL"/>
        </w:rPr>
      </w:pPr>
      <w:r w:rsidRPr="00645D34">
        <w:rPr>
          <w:b/>
          <w:lang w:val="pl-PL"/>
        </w:rPr>
        <w:t>Miejscowość / obręb:</w:t>
      </w:r>
      <w:r w:rsidRPr="00645D34">
        <w:rPr>
          <w:lang w:val="pl-PL"/>
        </w:rPr>
        <w:t xml:space="preserve"> ...............................</w:t>
      </w:r>
      <w:r w:rsidR="00645D34">
        <w:rPr>
          <w:lang w:val="pl-PL"/>
        </w:rPr>
        <w:t>.....................................................................................</w:t>
      </w:r>
      <w:r w:rsidRPr="00645D34">
        <w:rPr>
          <w:lang w:val="pl-PL"/>
        </w:rPr>
        <w:t>................................................................</w:t>
      </w:r>
    </w:p>
    <w:p w14:paraId="4130391C" w14:textId="5E778226" w:rsidR="00FB60A7" w:rsidRPr="00645D34" w:rsidRDefault="00347867">
      <w:pPr>
        <w:spacing w:after="0"/>
        <w:rPr>
          <w:lang w:val="pl-PL"/>
        </w:rPr>
      </w:pPr>
      <w:r w:rsidRPr="00645D34">
        <w:rPr>
          <w:b/>
          <w:lang w:val="pl-PL"/>
        </w:rPr>
        <w:t>Tytuł prawny wnioskodawcy do nieruchomości (np. własność, współwłasność, użytkowanie):</w:t>
      </w:r>
      <w:r w:rsidRPr="00645D34">
        <w:rPr>
          <w:lang w:val="pl-PL"/>
        </w:rPr>
        <w:t xml:space="preserve"> ..................................................................................</w:t>
      </w:r>
      <w:r w:rsidR="00645D34">
        <w:rPr>
          <w:lang w:val="pl-PL"/>
        </w:rPr>
        <w:t>..........................................................................................................................</w:t>
      </w:r>
      <w:r w:rsidRPr="00645D34">
        <w:rPr>
          <w:lang w:val="pl-PL"/>
        </w:rPr>
        <w:t>.............</w:t>
      </w:r>
    </w:p>
    <w:p w14:paraId="720BCA3A" w14:textId="08425751" w:rsidR="00FB60A7" w:rsidRPr="00645D34" w:rsidRDefault="00347867">
      <w:pPr>
        <w:spacing w:after="0"/>
        <w:rPr>
          <w:lang w:val="pl-PL"/>
        </w:rPr>
      </w:pPr>
      <w:r w:rsidRPr="00645D34">
        <w:rPr>
          <w:b/>
          <w:lang w:val="pl-PL"/>
        </w:rPr>
        <w:t>Sposób obecnego zagospodarowania nieruchomości:</w:t>
      </w:r>
      <w:r w:rsidRPr="00645D34">
        <w:rPr>
          <w:lang w:val="pl-PL"/>
        </w:rPr>
        <w:t xml:space="preserve"> ..........................</w:t>
      </w:r>
      <w:r w:rsidR="00645D34">
        <w:rPr>
          <w:lang w:val="pl-PL"/>
        </w:rPr>
        <w:t>..........................................................................................................................</w:t>
      </w:r>
      <w:r w:rsidRPr="00645D34">
        <w:rPr>
          <w:lang w:val="pl-PL"/>
        </w:rPr>
        <w:t>.....................................................................</w:t>
      </w:r>
    </w:p>
    <w:p w14:paraId="495A08DB" w14:textId="0C00C1A6" w:rsidR="00FB60A7" w:rsidRPr="00645D34" w:rsidRDefault="00347867">
      <w:pPr>
        <w:spacing w:after="0"/>
        <w:rPr>
          <w:lang w:val="pl-PL"/>
        </w:rPr>
      </w:pPr>
      <w:r w:rsidRPr="00645D34">
        <w:rPr>
          <w:lang w:val="pl-PL"/>
        </w:rPr>
        <w:t>...............................................................................</w:t>
      </w:r>
      <w:r w:rsidR="00645D34">
        <w:rPr>
          <w:lang w:val="pl-PL"/>
        </w:rPr>
        <w:t>...................................................................................................</w:t>
      </w:r>
      <w:r w:rsidRPr="00645D34">
        <w:rPr>
          <w:lang w:val="pl-PL"/>
        </w:rPr>
        <w:t>.......................................</w:t>
      </w:r>
    </w:p>
    <w:p w14:paraId="1E12A815" w14:textId="2D62D90F" w:rsidR="00FB60A7" w:rsidRPr="00645D34" w:rsidRDefault="00347867">
      <w:pPr>
        <w:spacing w:after="0"/>
        <w:rPr>
          <w:lang w:val="pl-PL"/>
        </w:rPr>
      </w:pPr>
      <w:r w:rsidRPr="00645D34">
        <w:rPr>
          <w:b/>
          <w:lang w:val="pl-PL"/>
        </w:rPr>
        <w:t>Planowany sposób zagospodarowania / rodzaj inwestycji na nieruchomości:</w:t>
      </w:r>
      <w:r w:rsidRPr="00645D34">
        <w:rPr>
          <w:lang w:val="pl-PL"/>
        </w:rPr>
        <w:t xml:space="preserve"> ...............................</w:t>
      </w:r>
      <w:r w:rsidR="00645D34">
        <w:rPr>
          <w:lang w:val="pl-PL"/>
        </w:rPr>
        <w:t>.........................................................................................................................</w:t>
      </w:r>
      <w:r w:rsidRPr="00645D34">
        <w:rPr>
          <w:lang w:val="pl-PL"/>
        </w:rPr>
        <w:t>................................................................</w:t>
      </w:r>
    </w:p>
    <w:p w14:paraId="4CC6DE08" w14:textId="3AC32AD2" w:rsidR="00FB60A7" w:rsidRPr="00645D34" w:rsidRDefault="00347867">
      <w:pPr>
        <w:spacing w:after="0"/>
        <w:rPr>
          <w:lang w:val="pl-PL"/>
        </w:rPr>
      </w:pPr>
      <w:r w:rsidRPr="00645D34">
        <w:rPr>
          <w:lang w:val="pl-PL"/>
        </w:rPr>
        <w:t>............................</w:t>
      </w:r>
      <w:r w:rsidR="00645D34">
        <w:rPr>
          <w:lang w:val="pl-PL"/>
        </w:rPr>
        <w:t>...................................................................................................</w:t>
      </w:r>
      <w:r w:rsidRPr="00645D34">
        <w:rPr>
          <w:lang w:val="pl-PL"/>
        </w:rPr>
        <w:t>..........................................................................................</w:t>
      </w:r>
    </w:p>
    <w:p w14:paraId="0440BFC9" w14:textId="77777777" w:rsidR="00FB60A7" w:rsidRPr="00645D34" w:rsidRDefault="00347867">
      <w:pPr>
        <w:spacing w:after="0"/>
        <w:rPr>
          <w:lang w:val="pl-PL"/>
        </w:rPr>
      </w:pPr>
      <w:r w:rsidRPr="00645D34">
        <w:rPr>
          <w:b/>
          <w:sz w:val="20"/>
          <w:lang w:val="pl-PL"/>
        </w:rPr>
        <w:t>5. PRZEDMIOT WNIOSKU</w:t>
      </w:r>
    </w:p>
    <w:p w14:paraId="430A448E" w14:textId="77777777" w:rsidR="00FB60A7" w:rsidRPr="00645D34" w:rsidRDefault="00347867">
      <w:pPr>
        <w:spacing w:after="0"/>
        <w:rPr>
          <w:lang w:val="pl-PL"/>
        </w:rPr>
      </w:pPr>
      <w:r w:rsidRPr="00645D34">
        <w:rPr>
          <w:lang w:val="pl-PL"/>
        </w:rPr>
        <w:t>Wnoszę o:</w:t>
      </w:r>
      <w:r w:rsidRPr="00645D34">
        <w:rPr>
          <w:lang w:val="pl-PL"/>
        </w:rPr>
        <w:br/>
        <w:t>☐ zezwolenie / zgodę na lokalizację nowego zjazdu</w:t>
      </w:r>
      <w:r w:rsidRPr="00645D34">
        <w:rPr>
          <w:lang w:val="pl-PL"/>
        </w:rPr>
        <w:br/>
        <w:t>☐ zezwolenie / zgodę na przebudowę istniejącego zjazdu</w:t>
      </w:r>
      <w:r w:rsidRPr="00645D34">
        <w:rPr>
          <w:lang w:val="pl-PL"/>
        </w:rPr>
        <w:br/>
        <w:t>☐ zgodę na budowę zjazdu z drogi wewnętrznej</w:t>
      </w:r>
      <w:r w:rsidRPr="00645D34">
        <w:rPr>
          <w:lang w:val="pl-PL"/>
        </w:rPr>
        <w:br/>
        <w:t>☐ inne: ................................................................................................................................................</w:t>
      </w:r>
    </w:p>
    <w:p w14:paraId="7BF4E0D0" w14:textId="77777777" w:rsidR="00FB60A7" w:rsidRPr="00645D34" w:rsidRDefault="00347867">
      <w:pPr>
        <w:spacing w:after="0"/>
        <w:rPr>
          <w:lang w:val="pl-PL"/>
        </w:rPr>
      </w:pPr>
      <w:r w:rsidRPr="00645D34">
        <w:rPr>
          <w:lang w:val="pl-PL"/>
        </w:rPr>
        <w:t>Rodzaj zjazdu / sposób obsługi nieruchomości:</w:t>
      </w:r>
    </w:p>
    <w:p w14:paraId="7C61749C" w14:textId="196F80E5" w:rsidR="00FB60A7" w:rsidRPr="00645D34" w:rsidRDefault="00347867">
      <w:pPr>
        <w:spacing w:after="0"/>
        <w:rPr>
          <w:lang w:val="pl-PL"/>
        </w:rPr>
      </w:pPr>
      <w:r w:rsidRPr="00645D34">
        <w:rPr>
          <w:lang w:val="pl-PL"/>
        </w:rPr>
        <w:t>☐ do nieruchomości zabudowanej lub przeznaczonej pod zabudowę mieszkaniową   ☐ do nieruchomości rolnej</w:t>
      </w:r>
      <w:r w:rsidRPr="00645D34">
        <w:rPr>
          <w:lang w:val="pl-PL"/>
        </w:rPr>
        <w:br/>
        <w:t>☐ do obiektu usługowego / działalności gospodarczej   ☐ do innego obiektu / terenu: ................</w:t>
      </w:r>
      <w:r w:rsidR="00645D34">
        <w:rPr>
          <w:lang w:val="pl-PL"/>
        </w:rPr>
        <w:t>...................................</w:t>
      </w:r>
      <w:r w:rsidRPr="00645D34">
        <w:rPr>
          <w:lang w:val="pl-PL"/>
        </w:rPr>
        <w:t>...............................</w:t>
      </w:r>
    </w:p>
    <w:p w14:paraId="41C377FD" w14:textId="77777777" w:rsidR="00FB60A7" w:rsidRPr="00645D34" w:rsidRDefault="00347867">
      <w:pPr>
        <w:spacing w:after="0"/>
        <w:rPr>
          <w:lang w:val="pl-PL"/>
        </w:rPr>
      </w:pPr>
      <w:r w:rsidRPr="00645D34">
        <w:rPr>
          <w:b/>
          <w:sz w:val="20"/>
          <w:lang w:val="pl-PL"/>
        </w:rPr>
        <w:t>6. PODSTAWOWE PARAMETRY PROPONOWANEGO ZJAZDU</w:t>
      </w:r>
    </w:p>
    <w:p w14:paraId="02DEED5F" w14:textId="783846A6" w:rsidR="00FB60A7" w:rsidRPr="00645D34" w:rsidRDefault="00347867">
      <w:pPr>
        <w:spacing w:after="0"/>
        <w:rPr>
          <w:lang w:val="pl-PL"/>
        </w:rPr>
      </w:pPr>
      <w:r w:rsidRPr="00645D34">
        <w:rPr>
          <w:b/>
          <w:lang w:val="pl-PL"/>
        </w:rPr>
        <w:t>Szerokość zjazdu: .......................................................... m</w:t>
      </w:r>
      <w:r w:rsidRPr="00645D34">
        <w:rPr>
          <w:lang w:val="pl-PL"/>
        </w:rPr>
        <w:t xml:space="preserve"> ..................................</w:t>
      </w:r>
      <w:r w:rsidR="00645D34">
        <w:rPr>
          <w:lang w:val="pl-PL"/>
        </w:rPr>
        <w:t>...........................</w:t>
      </w:r>
      <w:r w:rsidRPr="00645D34">
        <w:rPr>
          <w:lang w:val="pl-PL"/>
        </w:rPr>
        <w:t>.............................................................</w:t>
      </w:r>
    </w:p>
    <w:p w14:paraId="3D44FB6D" w14:textId="0C30AFB6" w:rsidR="00FB60A7" w:rsidRPr="00645D34" w:rsidRDefault="00347867">
      <w:pPr>
        <w:spacing w:after="0"/>
        <w:rPr>
          <w:lang w:val="pl-PL"/>
        </w:rPr>
      </w:pPr>
      <w:r w:rsidRPr="00645D34">
        <w:rPr>
          <w:b/>
          <w:lang w:val="pl-PL"/>
        </w:rPr>
        <w:t>Szerokość jezdni zjazdu: .................................................. m</w:t>
      </w:r>
      <w:r w:rsidRPr="00645D34">
        <w:rPr>
          <w:lang w:val="pl-PL"/>
        </w:rPr>
        <w:t xml:space="preserve"> .............................</w:t>
      </w:r>
      <w:r w:rsidR="00645D34">
        <w:rPr>
          <w:lang w:val="pl-PL"/>
        </w:rPr>
        <w:t>............................</w:t>
      </w:r>
      <w:r w:rsidRPr="00645D34">
        <w:rPr>
          <w:lang w:val="pl-PL"/>
        </w:rPr>
        <w:t>.............................................................</w:t>
      </w:r>
    </w:p>
    <w:p w14:paraId="1A6E5AFF" w14:textId="77777777" w:rsidR="00FB60A7" w:rsidRPr="00645D34" w:rsidRDefault="00347867">
      <w:pPr>
        <w:spacing w:after="0"/>
        <w:rPr>
          <w:lang w:val="pl-PL"/>
        </w:rPr>
      </w:pPr>
      <w:r w:rsidRPr="00645D34">
        <w:rPr>
          <w:b/>
          <w:lang w:val="pl-PL"/>
        </w:rPr>
        <w:t>Rodzaj nawierzchni zjazdu:</w:t>
      </w:r>
      <w:r w:rsidRPr="00645D34">
        <w:rPr>
          <w:lang w:val="pl-PL"/>
        </w:rPr>
        <w:t xml:space="preserve"> ...............................................................................................</w:t>
      </w:r>
    </w:p>
    <w:p w14:paraId="16A59D50" w14:textId="0A980F4A" w:rsidR="00FB60A7" w:rsidRPr="00645D34" w:rsidRDefault="00347867">
      <w:pPr>
        <w:spacing w:after="0"/>
        <w:rPr>
          <w:lang w:val="pl-PL"/>
        </w:rPr>
      </w:pPr>
      <w:r w:rsidRPr="00645D34">
        <w:rPr>
          <w:b/>
          <w:lang w:val="pl-PL"/>
        </w:rPr>
        <w:t>Odległość zjazdu od najbliższego skrzyżowania / innego zjazdu (jeżeli możliwe do określenia):</w:t>
      </w:r>
      <w:r w:rsidRPr="00645D34">
        <w:rPr>
          <w:lang w:val="pl-PL"/>
        </w:rPr>
        <w:t xml:space="preserve"> ....................................................</w:t>
      </w:r>
      <w:r w:rsidR="00645D34">
        <w:rPr>
          <w:lang w:val="pl-PL"/>
        </w:rPr>
        <w:t>...........................................................................................................................</w:t>
      </w:r>
      <w:r w:rsidRPr="00645D34">
        <w:rPr>
          <w:lang w:val="pl-PL"/>
        </w:rPr>
        <w:t>...........................................</w:t>
      </w:r>
    </w:p>
    <w:p w14:paraId="6A90D423" w14:textId="3EB9E399" w:rsidR="00FB60A7" w:rsidRPr="00645D34" w:rsidRDefault="00347867">
      <w:pPr>
        <w:spacing w:after="0"/>
        <w:rPr>
          <w:lang w:val="pl-PL"/>
        </w:rPr>
      </w:pPr>
      <w:r w:rsidRPr="00645D34">
        <w:rPr>
          <w:b/>
          <w:lang w:val="pl-PL"/>
        </w:rPr>
        <w:t>Sposób odwodnienia zjazdu:</w:t>
      </w:r>
      <w:r w:rsidRPr="00645D34">
        <w:rPr>
          <w:lang w:val="pl-PL"/>
        </w:rPr>
        <w:t xml:space="preserve"> ............</w:t>
      </w:r>
      <w:r w:rsidR="00645D34">
        <w:rPr>
          <w:lang w:val="pl-PL"/>
        </w:rPr>
        <w:t>.........................................................................</w:t>
      </w:r>
      <w:r w:rsidRPr="00645D34">
        <w:rPr>
          <w:lang w:val="pl-PL"/>
        </w:rPr>
        <w:t>..................................................................................</w:t>
      </w:r>
    </w:p>
    <w:p w14:paraId="512726E5" w14:textId="585D823A" w:rsidR="00FB60A7" w:rsidRPr="00645D34" w:rsidRDefault="00347867">
      <w:pPr>
        <w:spacing w:after="0"/>
        <w:rPr>
          <w:lang w:val="pl-PL"/>
        </w:rPr>
      </w:pPr>
      <w:r w:rsidRPr="00645D34">
        <w:rPr>
          <w:b/>
          <w:lang w:val="pl-PL"/>
        </w:rPr>
        <w:t>Przepust pod zjazdem: ☐ nie dotyczy  ☐ istniejący  ☐ projektowany; średnica / parametry: ..............</w:t>
      </w:r>
      <w:r w:rsidR="00645D34">
        <w:rPr>
          <w:b/>
          <w:lang w:val="pl-PL"/>
        </w:rPr>
        <w:t>.............................</w:t>
      </w:r>
      <w:r w:rsidRPr="00645D34">
        <w:rPr>
          <w:b/>
          <w:lang w:val="pl-PL"/>
        </w:rPr>
        <w:t>...................</w:t>
      </w:r>
      <w:r w:rsidRPr="00645D34">
        <w:rPr>
          <w:lang w:val="pl-PL"/>
        </w:rPr>
        <w:t xml:space="preserve"> ........................................................................</w:t>
      </w:r>
      <w:r w:rsidR="00645D34">
        <w:rPr>
          <w:lang w:val="pl-PL"/>
        </w:rPr>
        <w:t>..........................................................................................................................</w:t>
      </w:r>
      <w:r w:rsidRPr="00645D34">
        <w:rPr>
          <w:lang w:val="pl-PL"/>
        </w:rPr>
        <w:t>.......................</w:t>
      </w:r>
    </w:p>
    <w:p w14:paraId="660BF369" w14:textId="000770F9" w:rsidR="00FB60A7" w:rsidRPr="00645D34" w:rsidRDefault="00347867">
      <w:pPr>
        <w:spacing w:after="0"/>
        <w:rPr>
          <w:lang w:val="pl-PL"/>
        </w:rPr>
      </w:pPr>
      <w:r w:rsidRPr="00645D34">
        <w:rPr>
          <w:b/>
          <w:lang w:val="pl-PL"/>
        </w:rPr>
        <w:lastRenderedPageBreak/>
        <w:t>Inne istotne parametry techniczne:</w:t>
      </w:r>
      <w:r w:rsidRPr="00645D34">
        <w:rPr>
          <w:lang w:val="pl-PL"/>
        </w:rPr>
        <w:t xml:space="preserve"> .........</w:t>
      </w:r>
      <w:r w:rsidR="00645D34">
        <w:rPr>
          <w:lang w:val="pl-PL"/>
        </w:rPr>
        <w:t>...............................................................</w:t>
      </w:r>
      <w:r w:rsidRPr="00645D34">
        <w:rPr>
          <w:lang w:val="pl-PL"/>
        </w:rPr>
        <w:t>.....................................................................................</w:t>
      </w:r>
    </w:p>
    <w:p w14:paraId="7385E346" w14:textId="00FA8AC1" w:rsidR="00FB60A7" w:rsidRPr="00645D34" w:rsidRDefault="00347867">
      <w:pPr>
        <w:spacing w:after="0"/>
        <w:rPr>
          <w:lang w:val="pl-PL"/>
        </w:rPr>
      </w:pPr>
      <w:r w:rsidRPr="00645D34">
        <w:rPr>
          <w:lang w:val="pl-PL"/>
        </w:rPr>
        <w:t>........................................................................</w:t>
      </w:r>
      <w:r w:rsidR="00645D34">
        <w:rPr>
          <w:lang w:val="pl-PL"/>
        </w:rPr>
        <w:t>...................................................................................................</w:t>
      </w:r>
      <w:r w:rsidRPr="00645D34">
        <w:rPr>
          <w:lang w:val="pl-PL"/>
        </w:rPr>
        <w:t>..............................................</w:t>
      </w:r>
    </w:p>
    <w:p w14:paraId="35AF2CCD" w14:textId="5AA9C7EB" w:rsidR="00FB60A7" w:rsidRPr="00645D34" w:rsidRDefault="00347867">
      <w:pPr>
        <w:spacing w:after="0"/>
        <w:rPr>
          <w:lang w:val="pl-PL"/>
        </w:rPr>
      </w:pPr>
      <w:r w:rsidRPr="00645D34">
        <w:rPr>
          <w:b/>
          <w:sz w:val="20"/>
          <w:lang w:val="pl-PL"/>
        </w:rPr>
        <w:t>7.  INFORMACJA O ISTNIEJĄCYM DOSTĘPIE DO DROGI</w:t>
      </w:r>
    </w:p>
    <w:p w14:paraId="1C568925" w14:textId="77777777" w:rsidR="00FB60A7" w:rsidRPr="00645D34" w:rsidRDefault="00347867">
      <w:pPr>
        <w:spacing w:after="0"/>
        <w:rPr>
          <w:lang w:val="pl-PL"/>
        </w:rPr>
      </w:pPr>
      <w:r w:rsidRPr="00645D34">
        <w:rPr>
          <w:lang w:val="pl-PL"/>
        </w:rPr>
        <w:t>Czy nieruchomość posiada obecnie inny dostęp do drogi publicznej / wewnętrznej?   ☐ tak   ☐ nie</w:t>
      </w:r>
    </w:p>
    <w:p w14:paraId="3ED80DA9" w14:textId="47624201" w:rsidR="00FB60A7" w:rsidRPr="00645D34" w:rsidRDefault="00347867">
      <w:pPr>
        <w:spacing w:after="0"/>
        <w:rPr>
          <w:lang w:val="pl-PL"/>
        </w:rPr>
      </w:pPr>
      <w:r w:rsidRPr="00645D34">
        <w:rPr>
          <w:b/>
          <w:lang w:val="pl-PL"/>
        </w:rPr>
        <w:t>Jeżeli tak – opisać istniejący dostęp:</w:t>
      </w:r>
      <w:r w:rsidRPr="00645D34">
        <w:rPr>
          <w:lang w:val="pl-PL"/>
        </w:rPr>
        <w:t xml:space="preserve"> .............................................</w:t>
      </w:r>
      <w:r w:rsidR="00645D34">
        <w:rPr>
          <w:lang w:val="pl-PL"/>
        </w:rPr>
        <w:t>...........................................................</w:t>
      </w:r>
      <w:r w:rsidRPr="00645D34">
        <w:rPr>
          <w:lang w:val="pl-PL"/>
        </w:rPr>
        <w:t>..................................................</w:t>
      </w:r>
    </w:p>
    <w:p w14:paraId="0190CF3C" w14:textId="2922ED12" w:rsidR="00FB60A7" w:rsidRPr="00645D34" w:rsidRDefault="00347867">
      <w:pPr>
        <w:spacing w:after="0"/>
        <w:rPr>
          <w:lang w:val="pl-PL"/>
        </w:rPr>
      </w:pPr>
      <w:r w:rsidRPr="00645D34">
        <w:rPr>
          <w:lang w:val="pl-PL"/>
        </w:rPr>
        <w:t>..............................................................................................</w:t>
      </w:r>
      <w:r w:rsidR="00645D34">
        <w:rPr>
          <w:lang w:val="pl-PL"/>
        </w:rPr>
        <w:t>.....................................................................................................</w:t>
      </w:r>
      <w:r w:rsidRPr="00645D34">
        <w:rPr>
          <w:lang w:val="pl-PL"/>
        </w:rPr>
        <w:t>.......................</w:t>
      </w:r>
    </w:p>
    <w:p w14:paraId="2B6AE52C" w14:textId="77777777" w:rsidR="00FB60A7" w:rsidRPr="00645D34" w:rsidRDefault="00347867">
      <w:pPr>
        <w:spacing w:after="0"/>
        <w:rPr>
          <w:lang w:val="pl-PL"/>
        </w:rPr>
      </w:pPr>
      <w:r w:rsidRPr="00645D34">
        <w:rPr>
          <w:lang w:val="pl-PL"/>
        </w:rPr>
        <w:t>Czy w miejscu projektowanego zjazdu istnieje obecnie zjazd / utwardzone połączenie z drogą?   ☐ tak   ☐ nie</w:t>
      </w:r>
    </w:p>
    <w:p w14:paraId="3EE6A18D" w14:textId="2A4C3006" w:rsidR="00FB60A7" w:rsidRPr="00645D34" w:rsidRDefault="00347867">
      <w:pPr>
        <w:spacing w:after="0"/>
        <w:rPr>
          <w:lang w:val="pl-PL"/>
        </w:rPr>
      </w:pPr>
      <w:r w:rsidRPr="00645D34">
        <w:rPr>
          <w:b/>
          <w:lang w:val="pl-PL"/>
        </w:rPr>
        <w:t>Jeżeli tak – opisać jego stan i sposób użytkowania:</w:t>
      </w:r>
      <w:r w:rsidRPr="00645D34">
        <w:rPr>
          <w:lang w:val="pl-PL"/>
        </w:rPr>
        <w:t xml:space="preserve"> ..........</w:t>
      </w:r>
      <w:r w:rsidR="00645D34">
        <w:rPr>
          <w:lang w:val="pl-PL"/>
        </w:rPr>
        <w:t>..........................................................................................................................</w:t>
      </w:r>
      <w:r w:rsidRPr="00645D34">
        <w:rPr>
          <w:lang w:val="pl-PL"/>
        </w:rPr>
        <w:t>.....................................................................................</w:t>
      </w:r>
    </w:p>
    <w:p w14:paraId="30D07807" w14:textId="5616C521" w:rsidR="00FB60A7" w:rsidRPr="00645D34" w:rsidRDefault="00347867">
      <w:pPr>
        <w:spacing w:after="0"/>
        <w:rPr>
          <w:lang w:val="pl-PL"/>
        </w:rPr>
      </w:pPr>
      <w:r w:rsidRPr="00645D34">
        <w:rPr>
          <w:lang w:val="pl-PL"/>
        </w:rPr>
        <w:t>........................................................................................................</w:t>
      </w:r>
      <w:r w:rsidR="00645D34">
        <w:rPr>
          <w:lang w:val="pl-PL"/>
        </w:rPr>
        <w:t>.....................................................................................................</w:t>
      </w:r>
      <w:r w:rsidRPr="00645D34">
        <w:rPr>
          <w:lang w:val="pl-PL"/>
        </w:rPr>
        <w:t>.............</w:t>
      </w:r>
    </w:p>
    <w:p w14:paraId="48995F96" w14:textId="77777777" w:rsidR="00FB60A7" w:rsidRPr="00645D34" w:rsidRDefault="00347867">
      <w:pPr>
        <w:spacing w:after="0"/>
        <w:rPr>
          <w:lang w:val="pl-PL"/>
        </w:rPr>
      </w:pPr>
      <w:r w:rsidRPr="00645D34">
        <w:rPr>
          <w:b/>
          <w:sz w:val="20"/>
          <w:lang w:val="pl-PL"/>
        </w:rPr>
        <w:t>9. ZAŁĄCZNIKI</w:t>
      </w:r>
    </w:p>
    <w:p w14:paraId="3EF4DC6D" w14:textId="77777777" w:rsidR="00FB60A7" w:rsidRPr="00645D34" w:rsidRDefault="00347867">
      <w:pPr>
        <w:spacing w:after="0"/>
        <w:rPr>
          <w:lang w:val="pl-PL"/>
        </w:rPr>
      </w:pPr>
      <w:r w:rsidRPr="00645D34">
        <w:rPr>
          <w:lang w:val="pl-PL"/>
        </w:rPr>
        <w:t>☐ plan sytuacyjny / mapa w czytelnej skali z zaznaczoną lokalizacją projektowanego albo przebudowywanego zjazdu, granicami działek i numerami ewidencyjnymi;</w:t>
      </w:r>
    </w:p>
    <w:p w14:paraId="52B920C1" w14:textId="77777777" w:rsidR="00FB60A7" w:rsidRPr="00645D34" w:rsidRDefault="00347867">
      <w:pPr>
        <w:spacing w:after="0"/>
        <w:rPr>
          <w:lang w:val="pl-PL"/>
        </w:rPr>
      </w:pPr>
      <w:r w:rsidRPr="00645D34">
        <w:rPr>
          <w:lang w:val="pl-PL"/>
        </w:rPr>
        <w:t>☐ szkic / koncepcja zjazdu z podstawowymi wymiarami, w tym szerokością zjazdu i sposobem połączenia z jezdnią;</w:t>
      </w:r>
    </w:p>
    <w:p w14:paraId="232A802E" w14:textId="77777777" w:rsidR="00FB60A7" w:rsidRPr="00645D34" w:rsidRDefault="00347867">
      <w:pPr>
        <w:spacing w:after="0"/>
        <w:rPr>
          <w:lang w:val="pl-PL"/>
        </w:rPr>
      </w:pPr>
      <w:r w:rsidRPr="00645D34">
        <w:rPr>
          <w:lang w:val="pl-PL"/>
        </w:rPr>
        <w:t>☐ dokument określający sposób zagospodarowania nieruchomości, jeżeli ma znaczenie dla oceny wniosku (np. plan zagospodarowania, decyzja WZ, projekt – jeżeli jest dostępny);</w:t>
      </w:r>
    </w:p>
    <w:p w14:paraId="3084260D" w14:textId="77777777" w:rsidR="00FB60A7" w:rsidRPr="00645D34" w:rsidRDefault="00347867">
      <w:pPr>
        <w:spacing w:after="0"/>
        <w:rPr>
          <w:lang w:val="pl-PL"/>
        </w:rPr>
      </w:pPr>
      <w:r w:rsidRPr="00645D34">
        <w:rPr>
          <w:lang w:val="pl-PL"/>
        </w:rPr>
        <w:t>☐ pełnomocnictwo wraz z dowodem uiszczenia opłaty skarbowej – jeżeli dotyczy;</w:t>
      </w:r>
    </w:p>
    <w:p w14:paraId="58B4832F" w14:textId="77777777" w:rsidR="00FB60A7" w:rsidRPr="00645D34" w:rsidRDefault="00347867">
      <w:pPr>
        <w:spacing w:after="0"/>
        <w:rPr>
          <w:lang w:val="pl-PL"/>
        </w:rPr>
      </w:pPr>
      <w:r w:rsidRPr="00645D34">
        <w:rPr>
          <w:lang w:val="pl-PL"/>
        </w:rPr>
        <w:t>☐ inne dokumenty: ................................................................................................................................</w:t>
      </w:r>
    </w:p>
    <w:p w14:paraId="20198056" w14:textId="77777777" w:rsidR="00FB60A7" w:rsidRPr="00645D34" w:rsidRDefault="00347867">
      <w:pPr>
        <w:spacing w:after="0"/>
        <w:rPr>
          <w:lang w:val="pl-PL"/>
        </w:rPr>
      </w:pPr>
      <w:r w:rsidRPr="00645D34">
        <w:rPr>
          <w:b/>
          <w:sz w:val="20"/>
          <w:lang w:val="pl-PL"/>
        </w:rPr>
        <w:t>10. OŚWIADCZENIA I INFORMACJE</w:t>
      </w:r>
    </w:p>
    <w:p w14:paraId="0D5D2A0E" w14:textId="77777777" w:rsidR="00FB60A7" w:rsidRPr="00645D34" w:rsidRDefault="00347867" w:rsidP="00645D34">
      <w:pPr>
        <w:spacing w:after="0"/>
        <w:jc w:val="both"/>
        <w:rPr>
          <w:lang w:val="pl-PL"/>
        </w:rPr>
      </w:pPr>
      <w:r w:rsidRPr="00645D34">
        <w:rPr>
          <w:lang w:val="pl-PL"/>
        </w:rPr>
        <w:t>1. Oświadczam, że dane zawarte we wniosku oraz załączonej dokumentacji są zgodne ze stanem faktycznym.</w:t>
      </w:r>
    </w:p>
    <w:p w14:paraId="4A230126" w14:textId="77777777" w:rsidR="00FB60A7" w:rsidRPr="00645D34" w:rsidRDefault="00347867" w:rsidP="00645D34">
      <w:pPr>
        <w:spacing w:after="0"/>
        <w:ind w:left="284" w:hanging="284"/>
        <w:jc w:val="both"/>
        <w:rPr>
          <w:lang w:val="pl-PL"/>
        </w:rPr>
      </w:pPr>
      <w:r w:rsidRPr="00645D34">
        <w:rPr>
          <w:lang w:val="pl-PL"/>
        </w:rPr>
        <w:t>2. Przyjmuję do wiadomości, że w przypadku drogi publicznej zezwolenie na lokalizację lub przebudowę zjazdu nie zastępuje obowiązków wynikających z przepisów prawa budowlanego ani innych przepisów właściwych dla realizacji inwestycji.</w:t>
      </w:r>
    </w:p>
    <w:p w14:paraId="3BEFF322" w14:textId="77777777" w:rsidR="00FB60A7" w:rsidRPr="00645D34" w:rsidRDefault="00347867" w:rsidP="00645D34">
      <w:pPr>
        <w:spacing w:after="0"/>
        <w:ind w:left="142" w:hanging="142"/>
        <w:jc w:val="both"/>
        <w:rPr>
          <w:lang w:val="pl-PL"/>
        </w:rPr>
      </w:pPr>
      <w:r w:rsidRPr="00645D34">
        <w:rPr>
          <w:lang w:val="pl-PL"/>
        </w:rPr>
        <w:t>3. Budowa lub przebudowa zjazdu będzie wykonana na koszt inwestora, zgodnie z warunkami określonymi przez zarządcę / właściciela drogi.</w:t>
      </w:r>
    </w:p>
    <w:p w14:paraId="7F4F4181" w14:textId="77777777" w:rsidR="00FB60A7" w:rsidRPr="00645D34" w:rsidRDefault="00347867" w:rsidP="00645D34">
      <w:pPr>
        <w:spacing w:after="0"/>
        <w:ind w:left="284" w:hanging="284"/>
        <w:jc w:val="both"/>
        <w:rPr>
          <w:lang w:val="pl-PL"/>
        </w:rPr>
      </w:pPr>
      <w:r w:rsidRPr="00645D34">
        <w:rPr>
          <w:lang w:val="pl-PL"/>
        </w:rPr>
        <w:t>4. Sposób wykonania zjazdu nie może powodować pogorszenia warunków bezpieczeństwa ruchu, uszkodzenia drogi ani zakłócenia jej odwodnienia.</w:t>
      </w:r>
    </w:p>
    <w:p w14:paraId="1E90F01F" w14:textId="77777777" w:rsidR="00FB60A7" w:rsidRPr="00645D34" w:rsidRDefault="00347867" w:rsidP="00645D34">
      <w:pPr>
        <w:spacing w:after="0"/>
        <w:ind w:left="284" w:hanging="284"/>
        <w:jc w:val="both"/>
        <w:rPr>
          <w:lang w:val="pl-PL"/>
        </w:rPr>
      </w:pPr>
      <w:r w:rsidRPr="00645D34">
        <w:rPr>
          <w:lang w:val="pl-PL"/>
        </w:rPr>
        <w:t>5. W przypadku drogi wewnętrznej przyjmuję do wiadomości, że zgoda ma charakter właścicielski i nie jest decyzją administracyjną wydawaną na podstawie art. 29 ustawy o drogach publicznych.</w:t>
      </w:r>
    </w:p>
    <w:p w14:paraId="39588B49" w14:textId="77777777" w:rsidR="00FB60A7" w:rsidRPr="00645D34" w:rsidRDefault="00347867" w:rsidP="00645D34">
      <w:pPr>
        <w:spacing w:after="0"/>
        <w:ind w:left="284" w:hanging="284"/>
        <w:jc w:val="both"/>
        <w:rPr>
          <w:lang w:val="pl-PL"/>
        </w:rPr>
      </w:pPr>
      <w:r w:rsidRPr="00645D34">
        <w:rPr>
          <w:lang w:val="pl-PL"/>
        </w:rPr>
        <w:t>6. Jeżeli wykonanie zjazdu będzie wymagało zajęcia pasa drogowego drogi publicznej w celu prowadzenia robót, przed rozpoczęciem robót należy uzyskać wymagane zezwolenie na zajęcie pasa drogowego na podstawie art. 40 ustawy o drogach publicznych.</w:t>
      </w:r>
    </w:p>
    <w:p w14:paraId="14E447F0" w14:textId="77777777" w:rsidR="00FB60A7" w:rsidRPr="00645D34" w:rsidRDefault="00347867">
      <w:pPr>
        <w:spacing w:after="0"/>
        <w:rPr>
          <w:lang w:val="pl-PL"/>
        </w:rPr>
      </w:pPr>
      <w:r w:rsidRPr="00645D34">
        <w:rPr>
          <w:b/>
          <w:sz w:val="20"/>
          <w:lang w:val="pl-PL"/>
        </w:rPr>
        <w:t>11. PODPIS</w:t>
      </w:r>
    </w:p>
    <w:p w14:paraId="14A8828E" w14:textId="24CD79E5" w:rsidR="00FB60A7" w:rsidRPr="00645D34" w:rsidRDefault="00347867">
      <w:pPr>
        <w:spacing w:after="0"/>
        <w:rPr>
          <w:lang w:val="pl-PL"/>
        </w:rPr>
      </w:pPr>
      <w:r w:rsidRPr="00645D34">
        <w:rPr>
          <w:lang w:val="pl-PL"/>
        </w:rPr>
        <w:t>Miejscowość i data: ........................................................................................................</w:t>
      </w:r>
      <w:r w:rsidR="00645D34">
        <w:rPr>
          <w:lang w:val="pl-PL"/>
        </w:rPr>
        <w:t>......................................................................................................</w:t>
      </w:r>
      <w:r w:rsidRPr="00645D34">
        <w:rPr>
          <w:lang w:val="pl-PL"/>
        </w:rPr>
        <w:t>............</w:t>
      </w:r>
    </w:p>
    <w:p w14:paraId="1FA53630" w14:textId="77777777" w:rsidR="00FB60A7" w:rsidRPr="00645D34" w:rsidRDefault="00347867">
      <w:pPr>
        <w:spacing w:after="0"/>
        <w:rPr>
          <w:lang w:val="pl-PL"/>
        </w:rPr>
      </w:pPr>
      <w:r w:rsidRPr="00645D34">
        <w:rPr>
          <w:lang w:val="pl-PL"/>
        </w:rPr>
        <w:br/>
        <w:t>........................................................................................................................</w:t>
      </w:r>
      <w:r w:rsidRPr="00645D34">
        <w:rPr>
          <w:lang w:val="pl-PL"/>
        </w:rPr>
        <w:br/>
        <w:t>podpis wnioskodawcy / pełnomocnika</w:t>
      </w:r>
    </w:p>
    <w:sectPr w:rsidR="00FB60A7" w:rsidRPr="00645D34" w:rsidSect="00034616">
      <w:footerReference w:type="default" r:id="rId8"/>
      <w:pgSz w:w="12240" w:h="15840"/>
      <w:pgMar w:top="624" w:right="964" w:bottom="624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5730A" w14:textId="77777777" w:rsidR="00347867" w:rsidRDefault="00347867">
      <w:pPr>
        <w:spacing w:after="0" w:line="240" w:lineRule="auto"/>
      </w:pPr>
      <w:r>
        <w:separator/>
      </w:r>
    </w:p>
  </w:endnote>
  <w:endnote w:type="continuationSeparator" w:id="0">
    <w:p w14:paraId="5346E385" w14:textId="77777777" w:rsidR="00347867" w:rsidRDefault="00347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2F164" w14:textId="77777777" w:rsidR="00FB60A7" w:rsidRPr="00645D34" w:rsidRDefault="00347867">
    <w:pPr>
      <w:pStyle w:val="Stopka"/>
      <w:jc w:val="center"/>
      <w:rPr>
        <w:lang w:val="pl-PL"/>
      </w:rPr>
    </w:pPr>
    <w:r w:rsidRPr="00645D34">
      <w:rPr>
        <w:sz w:val="15"/>
        <w:lang w:val="pl-PL"/>
      </w:rPr>
      <w:t>Urząd Gminy Łąck – wniosek dotyczący zjazdu z drogi publicznej / wewnętrznej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98FBF" w14:textId="77777777" w:rsidR="00347867" w:rsidRDefault="00347867">
      <w:pPr>
        <w:spacing w:after="0" w:line="240" w:lineRule="auto"/>
      </w:pPr>
      <w:r>
        <w:separator/>
      </w:r>
    </w:p>
  </w:footnote>
  <w:footnote w:type="continuationSeparator" w:id="0">
    <w:p w14:paraId="584ABFC9" w14:textId="77777777" w:rsidR="00347867" w:rsidRDefault="003478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5720006">
    <w:abstractNumId w:val="8"/>
  </w:num>
  <w:num w:numId="2" w16cid:durableId="154340461">
    <w:abstractNumId w:val="6"/>
  </w:num>
  <w:num w:numId="3" w16cid:durableId="387150723">
    <w:abstractNumId w:val="5"/>
  </w:num>
  <w:num w:numId="4" w16cid:durableId="89392980">
    <w:abstractNumId w:val="4"/>
  </w:num>
  <w:num w:numId="5" w16cid:durableId="1846364785">
    <w:abstractNumId w:val="7"/>
  </w:num>
  <w:num w:numId="6" w16cid:durableId="1171994355">
    <w:abstractNumId w:val="3"/>
  </w:num>
  <w:num w:numId="7" w16cid:durableId="41948981">
    <w:abstractNumId w:val="2"/>
  </w:num>
  <w:num w:numId="8" w16cid:durableId="305740996">
    <w:abstractNumId w:val="1"/>
  </w:num>
  <w:num w:numId="9" w16cid:durableId="305552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47867"/>
    <w:rsid w:val="0063186B"/>
    <w:rsid w:val="00645D34"/>
    <w:rsid w:val="00687CDC"/>
    <w:rsid w:val="00AA1D8D"/>
    <w:rsid w:val="00B47730"/>
    <w:rsid w:val="00CB0664"/>
    <w:rsid w:val="00FB60A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D675B9"/>
  <w14:defaultImageDpi w14:val="300"/>
  <w15:docId w15:val="{031EBF9F-F1A0-4326-9848-DC56DF65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17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1475</Words>
  <Characters>8851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10306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Agnieszka</cp:lastModifiedBy>
  <cp:revision>3</cp:revision>
  <dcterms:created xsi:type="dcterms:W3CDTF">2026-08-16T18:04:00Z</dcterms:created>
  <dcterms:modified xsi:type="dcterms:W3CDTF">2026-08-16T18:12:00Z</dcterms:modified>
  <cp:category/>
</cp:coreProperties>
</file>