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B973AE" w:rsidRPr="00C13BC7" w14:paraId="60EAF68D" w14:textId="77777777">
        <w:trPr>
          <w:jc w:val="center"/>
        </w:trPr>
        <w:tc>
          <w:tcPr>
            <w:tcW w:w="521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9579D2" w14:textId="7615AD22" w:rsidR="00B973AE" w:rsidRPr="00C13BC7" w:rsidRDefault="00B973AE" w:rsidP="00C13BC7">
            <w:pPr>
              <w:spacing w:after="0"/>
              <w:rPr>
                <w:lang w:val="pl-PL"/>
              </w:rPr>
            </w:pPr>
          </w:p>
        </w:tc>
        <w:tc>
          <w:tcPr>
            <w:tcW w:w="521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B2B6A0" w14:textId="77777777" w:rsidR="00C13BC7" w:rsidRDefault="00C13BC7" w:rsidP="00C13BC7">
            <w:pPr>
              <w:tabs>
                <w:tab w:val="left" w:pos="2351"/>
              </w:tabs>
              <w:spacing w:after="0"/>
              <w:jc w:val="right"/>
              <w:rPr>
                <w:b/>
                <w:sz w:val="28"/>
                <w:szCs w:val="28"/>
                <w:lang w:val="pl-PL"/>
              </w:rPr>
            </w:pPr>
            <w:r w:rsidRPr="00C13BC7">
              <w:rPr>
                <w:b/>
                <w:sz w:val="28"/>
                <w:szCs w:val="28"/>
                <w:lang w:val="pl-PL"/>
              </w:rPr>
              <w:t>URZĄD GMINY ŁĄCK</w:t>
            </w:r>
          </w:p>
          <w:p w14:paraId="407DEB32" w14:textId="1D2A05BA" w:rsidR="00C13BC7" w:rsidRDefault="00C13BC7" w:rsidP="00C13BC7">
            <w:pPr>
              <w:tabs>
                <w:tab w:val="left" w:pos="2067"/>
              </w:tabs>
              <w:spacing w:after="0"/>
              <w:jc w:val="center"/>
              <w:rPr>
                <w:b/>
                <w:sz w:val="28"/>
                <w:szCs w:val="28"/>
                <w:lang w:val="pl-PL"/>
              </w:rPr>
            </w:pPr>
            <w:r>
              <w:rPr>
                <w:b/>
                <w:sz w:val="28"/>
                <w:szCs w:val="28"/>
                <w:lang w:val="pl-PL"/>
              </w:rPr>
              <w:t xml:space="preserve">                       </w:t>
            </w:r>
            <w:r w:rsidRPr="00C13BC7">
              <w:rPr>
                <w:b/>
                <w:sz w:val="28"/>
                <w:szCs w:val="28"/>
                <w:lang w:val="pl-PL"/>
              </w:rPr>
              <w:t xml:space="preserve">ul. Gostynińska 2 </w:t>
            </w:r>
          </w:p>
          <w:p w14:paraId="246F67B9" w14:textId="1C3425EF" w:rsidR="00B973AE" w:rsidRPr="00C13BC7" w:rsidRDefault="00C13BC7" w:rsidP="00C13BC7">
            <w:pPr>
              <w:spacing w:after="0"/>
              <w:jc w:val="center"/>
              <w:rPr>
                <w:sz w:val="28"/>
                <w:szCs w:val="28"/>
                <w:lang w:val="pl-PL"/>
              </w:rPr>
            </w:pPr>
            <w:r>
              <w:rPr>
                <w:b/>
                <w:sz w:val="28"/>
                <w:szCs w:val="28"/>
                <w:lang w:val="pl-PL"/>
              </w:rPr>
              <w:t xml:space="preserve">              </w:t>
            </w:r>
            <w:r w:rsidRPr="00C13BC7">
              <w:rPr>
                <w:b/>
                <w:sz w:val="28"/>
                <w:szCs w:val="28"/>
                <w:lang w:val="pl-PL"/>
              </w:rPr>
              <w:t>09-520 Łąck</w:t>
            </w:r>
          </w:p>
        </w:tc>
      </w:tr>
      <w:tr w:rsidR="00C13BC7" w:rsidRPr="00C13BC7" w14:paraId="39F30D85" w14:textId="77777777">
        <w:trPr>
          <w:jc w:val="center"/>
        </w:trPr>
        <w:tc>
          <w:tcPr>
            <w:tcW w:w="521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1A2D13" w14:textId="3C5A7757" w:rsidR="00C13BC7" w:rsidRPr="00C13BC7" w:rsidRDefault="00C13BC7" w:rsidP="00C13BC7">
            <w:pPr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 </w:t>
            </w:r>
          </w:p>
        </w:tc>
        <w:tc>
          <w:tcPr>
            <w:tcW w:w="521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3FF6FD" w14:textId="77777777" w:rsidR="00C13BC7" w:rsidRPr="00C13BC7" w:rsidRDefault="00C13BC7" w:rsidP="00C13BC7">
            <w:pPr>
              <w:tabs>
                <w:tab w:val="left" w:pos="2351"/>
              </w:tabs>
              <w:spacing w:after="0"/>
              <w:jc w:val="right"/>
              <w:rPr>
                <w:b/>
                <w:sz w:val="28"/>
                <w:szCs w:val="28"/>
                <w:lang w:val="pl-PL"/>
              </w:rPr>
            </w:pPr>
          </w:p>
        </w:tc>
      </w:tr>
    </w:tbl>
    <w:p w14:paraId="310170F7" w14:textId="77777777" w:rsidR="00B973AE" w:rsidRPr="00C13BC7" w:rsidRDefault="00357947">
      <w:pPr>
        <w:jc w:val="center"/>
        <w:rPr>
          <w:lang w:val="pl-PL"/>
        </w:rPr>
      </w:pPr>
      <w:r w:rsidRPr="00C13BC7">
        <w:rPr>
          <w:b/>
          <w:sz w:val="30"/>
          <w:lang w:val="pl-PL"/>
        </w:rPr>
        <w:t>WNIOSEK</w:t>
      </w:r>
    </w:p>
    <w:p w14:paraId="1F57833B" w14:textId="77777777" w:rsidR="00B973AE" w:rsidRPr="00C13BC7" w:rsidRDefault="00357947">
      <w:pPr>
        <w:jc w:val="center"/>
        <w:rPr>
          <w:lang w:val="pl-PL"/>
        </w:rPr>
      </w:pPr>
      <w:r w:rsidRPr="00C13BC7">
        <w:rPr>
          <w:b/>
          <w:sz w:val="21"/>
          <w:lang w:val="pl-PL"/>
        </w:rPr>
        <w:t>o zezwolenie na prowadzenie robót oraz umieszczenie urządzenia / infrastruktury</w:t>
      </w:r>
      <w:r w:rsidRPr="00C13BC7">
        <w:rPr>
          <w:b/>
          <w:sz w:val="21"/>
          <w:lang w:val="pl-PL"/>
        </w:rPr>
        <w:br/>
        <w:t>w pasie drogowym drogi gminnej publicznej albo w drodze wewnętrznej Gminy Łąck</w:t>
      </w:r>
    </w:p>
    <w:p w14:paraId="7B523D8E" w14:textId="395465C8" w:rsidR="00B973AE" w:rsidRPr="00C13BC7" w:rsidRDefault="00357947" w:rsidP="008802D8">
      <w:pPr>
        <w:spacing w:after="80"/>
        <w:jc w:val="both"/>
        <w:rPr>
          <w:lang w:val="pl-PL"/>
        </w:rPr>
      </w:pPr>
      <w:r w:rsidRPr="00C13BC7">
        <w:rPr>
          <w:i/>
          <w:lang w:val="pl-PL"/>
        </w:rPr>
        <w:t xml:space="preserve">Formularz uniwersalny. Dla drogi publicznej zajęcie pasa drogowego następuje na podstawie art. 40 ustawy z dnia 21 marca </w:t>
      </w:r>
      <w:r w:rsidR="003843AE">
        <w:rPr>
          <w:i/>
          <w:lang w:val="pl-PL"/>
        </w:rPr>
        <w:t xml:space="preserve">                         </w:t>
      </w:r>
      <w:r w:rsidRPr="00C13BC7">
        <w:rPr>
          <w:i/>
          <w:lang w:val="pl-PL"/>
        </w:rPr>
        <w:t xml:space="preserve">1985 r. o drogach publicznych i kończy się decyzją administracyjną. Dla drogi wewnętrznej stosuje się zasady korzystania </w:t>
      </w:r>
      <w:r w:rsidR="003843AE">
        <w:rPr>
          <w:i/>
          <w:lang w:val="pl-PL"/>
        </w:rPr>
        <w:t xml:space="preserve">                                 </w:t>
      </w:r>
      <w:r w:rsidRPr="00C13BC7">
        <w:rPr>
          <w:i/>
          <w:lang w:val="pl-PL"/>
        </w:rPr>
        <w:t xml:space="preserve">z nieruchomości stanowiących pas drogowy dróg niezakwalifikowanych do kategorii dróg publicznych, w tym Uchwałę </w:t>
      </w:r>
      <w:r w:rsidR="003843AE">
        <w:rPr>
          <w:i/>
          <w:lang w:val="pl-PL"/>
        </w:rPr>
        <w:t xml:space="preserve">                                               </w:t>
      </w:r>
      <w:r w:rsidRPr="00C13BC7">
        <w:rPr>
          <w:i/>
          <w:lang w:val="pl-PL"/>
        </w:rPr>
        <w:t>Nr XXVIII/286/2018 Rady Gminy Łąck z dnia 21 czerwca 2018 r. oraz Zarządzenie Nr 90/2018 Wójta Gminy Łąck z dnia 3 sierpnia 2018 r.</w:t>
      </w:r>
    </w:p>
    <w:p w14:paraId="1D106999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1. WNIOSKODAWCA / ZAJMUJĄCY PAS DROGOWY</w:t>
      </w:r>
    </w:p>
    <w:p w14:paraId="19AFD38C" w14:textId="54D9D6F5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Imię i nazwisko / nazwa:</w:t>
      </w:r>
      <w:r w:rsidRPr="00C13BC7">
        <w:rPr>
          <w:lang w:val="pl-PL"/>
        </w:rPr>
        <w:t xml:space="preserve"> ...............................................................................</w:t>
      </w:r>
      <w:r w:rsidR="003843AE">
        <w:rPr>
          <w:lang w:val="pl-PL"/>
        </w:rPr>
        <w:t>.......................................................................</w:t>
      </w:r>
      <w:r w:rsidRPr="00C13BC7">
        <w:rPr>
          <w:lang w:val="pl-PL"/>
        </w:rPr>
        <w:t>................</w:t>
      </w:r>
    </w:p>
    <w:p w14:paraId="095367D9" w14:textId="0A525303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Adres:</w:t>
      </w:r>
      <w:r w:rsidRPr="00C13BC7">
        <w:rPr>
          <w:lang w:val="pl-PL"/>
        </w:rPr>
        <w:t xml:space="preserve"> ..............................................................................</w:t>
      </w:r>
      <w:r w:rsidR="003843AE">
        <w:rPr>
          <w:lang w:val="pl-PL"/>
        </w:rPr>
        <w:t>....................................................................................................</w:t>
      </w:r>
      <w:r w:rsidRPr="00C13BC7">
        <w:rPr>
          <w:lang w:val="pl-PL"/>
        </w:rPr>
        <w:t>.................</w:t>
      </w:r>
    </w:p>
    <w:p w14:paraId="5FC395F8" w14:textId="4EF2C7CA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PESEL / NIP / KRS (jeżeli dotyczy):</w:t>
      </w:r>
      <w:r w:rsidRPr="00C13BC7">
        <w:rPr>
          <w:lang w:val="pl-PL"/>
        </w:rPr>
        <w:t xml:space="preserve"> ........................</w:t>
      </w:r>
      <w:r w:rsidR="003843AE">
        <w:rPr>
          <w:lang w:val="pl-PL"/>
        </w:rPr>
        <w:t>....................................................</w:t>
      </w:r>
      <w:r w:rsidRPr="00C13BC7">
        <w:rPr>
          <w:lang w:val="pl-PL"/>
        </w:rPr>
        <w:t>.......................................................................</w:t>
      </w:r>
    </w:p>
    <w:p w14:paraId="6D5D3663" w14:textId="721B77A2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Telefon / e-mail / adres do e-Doręczeń:</w:t>
      </w:r>
      <w:r w:rsidRPr="00C13BC7">
        <w:rPr>
          <w:lang w:val="pl-PL"/>
        </w:rPr>
        <w:t xml:space="preserve"> ...............</w:t>
      </w:r>
      <w:r w:rsidR="003843AE">
        <w:rPr>
          <w:lang w:val="pl-PL"/>
        </w:rPr>
        <w:t>................................................................................</w:t>
      </w:r>
      <w:r w:rsidRPr="00C13BC7">
        <w:rPr>
          <w:lang w:val="pl-PL"/>
        </w:rPr>
        <w:t>............................................</w:t>
      </w:r>
    </w:p>
    <w:p w14:paraId="2BFC785D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2. INWESTOR (jeżeli jest innym podmiotem niż wnioskodawca)</w:t>
      </w:r>
    </w:p>
    <w:p w14:paraId="0FA26021" w14:textId="7E1AE82A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Imię i nazwisko / nazwa:</w:t>
      </w:r>
      <w:r w:rsidRPr="00C13BC7">
        <w:rPr>
          <w:lang w:val="pl-PL"/>
        </w:rPr>
        <w:t xml:space="preserve"> .........................................</w:t>
      </w:r>
      <w:r w:rsidR="003843AE">
        <w:rPr>
          <w:lang w:val="pl-PL"/>
        </w:rPr>
        <w:t>......................................................................</w:t>
      </w:r>
      <w:r w:rsidRPr="00C13BC7">
        <w:rPr>
          <w:lang w:val="pl-PL"/>
        </w:rPr>
        <w:t>......................................................</w:t>
      </w:r>
    </w:p>
    <w:p w14:paraId="634E8B62" w14:textId="048B5CC0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Adres:</w:t>
      </w:r>
      <w:r w:rsidRPr="00C13BC7">
        <w:rPr>
          <w:lang w:val="pl-PL"/>
        </w:rPr>
        <w:t xml:space="preserve"> ........................................</w:t>
      </w:r>
      <w:r w:rsidR="003843AE">
        <w:rPr>
          <w:lang w:val="pl-PL"/>
        </w:rPr>
        <w:t>...................................................................................................</w:t>
      </w:r>
      <w:r w:rsidRPr="00C13BC7">
        <w:rPr>
          <w:lang w:val="pl-PL"/>
        </w:rPr>
        <w:t>.......................................................</w:t>
      </w:r>
    </w:p>
    <w:p w14:paraId="57460DAF" w14:textId="3A14CE4E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Telefon / e-mail:</w:t>
      </w:r>
      <w:r w:rsidRPr="00C13BC7">
        <w:rPr>
          <w:lang w:val="pl-PL"/>
        </w:rPr>
        <w:t xml:space="preserve"> ......................</w:t>
      </w:r>
      <w:r w:rsidR="003843AE">
        <w:rPr>
          <w:lang w:val="pl-PL"/>
        </w:rPr>
        <w:t>...................................................................................</w:t>
      </w:r>
      <w:r w:rsidRPr="00C13BC7">
        <w:rPr>
          <w:lang w:val="pl-PL"/>
        </w:rPr>
        <w:t>.........................................................................</w:t>
      </w:r>
    </w:p>
    <w:p w14:paraId="3587DFAC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3. WYKONAWCA ROBÓT / OSOBA ODPOWIEDZIALNA ZA ROBOTY</w:t>
      </w:r>
    </w:p>
    <w:p w14:paraId="389C8EF2" w14:textId="3BD3AEA2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Nazwa / imię i nazwisko:</w:t>
      </w:r>
      <w:r w:rsidRPr="00C13BC7">
        <w:rPr>
          <w:lang w:val="pl-PL"/>
        </w:rPr>
        <w:t xml:space="preserve"> ............</w:t>
      </w:r>
      <w:r w:rsidR="003843AE">
        <w:rPr>
          <w:lang w:val="pl-PL"/>
        </w:rPr>
        <w:t>....................................................................</w:t>
      </w:r>
      <w:r w:rsidRPr="00C13BC7">
        <w:rPr>
          <w:lang w:val="pl-PL"/>
        </w:rPr>
        <w:t>.......</w:t>
      </w:r>
      <w:r w:rsidR="003843AE">
        <w:rPr>
          <w:lang w:val="pl-PL"/>
        </w:rPr>
        <w:t>..</w:t>
      </w:r>
      <w:r w:rsidRPr="00C13BC7">
        <w:rPr>
          <w:lang w:val="pl-PL"/>
        </w:rPr>
        <w:t>............................................................................</w:t>
      </w:r>
    </w:p>
    <w:p w14:paraId="69249C00" w14:textId="455AA755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Adres:</w:t>
      </w:r>
      <w:r w:rsidRPr="00C13BC7">
        <w:rPr>
          <w:lang w:val="pl-PL"/>
        </w:rPr>
        <w:t xml:space="preserve"> .................................................</w:t>
      </w:r>
      <w:r w:rsidR="003843AE">
        <w:rPr>
          <w:lang w:val="pl-PL"/>
        </w:rPr>
        <w:t>....................................................................................................</w:t>
      </w:r>
      <w:r w:rsidRPr="00C13BC7">
        <w:rPr>
          <w:lang w:val="pl-PL"/>
        </w:rPr>
        <w:t>..............................................</w:t>
      </w:r>
    </w:p>
    <w:p w14:paraId="3C818DC8" w14:textId="5D5FF603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Kierownik / osoba odpowiedzialna:</w:t>
      </w:r>
      <w:r w:rsidRPr="00C13BC7">
        <w:rPr>
          <w:lang w:val="pl-PL"/>
        </w:rPr>
        <w:t xml:space="preserve"> .....................................................</w:t>
      </w:r>
      <w:r w:rsidR="003843AE">
        <w:rPr>
          <w:lang w:val="pl-PL"/>
        </w:rPr>
        <w:t>...................................................</w:t>
      </w:r>
      <w:r w:rsidRPr="00C13BC7">
        <w:rPr>
          <w:lang w:val="pl-PL"/>
        </w:rPr>
        <w:t>..........................................</w:t>
      </w:r>
    </w:p>
    <w:p w14:paraId="51290D11" w14:textId="21628B64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Telefon kontaktowy:</w:t>
      </w:r>
      <w:r w:rsidRPr="00C13BC7">
        <w:rPr>
          <w:lang w:val="pl-PL"/>
        </w:rPr>
        <w:t xml:space="preserve"> ..................................................................</w:t>
      </w:r>
      <w:r w:rsidR="003843AE">
        <w:rPr>
          <w:lang w:val="pl-PL"/>
        </w:rPr>
        <w:t>............................................................................</w:t>
      </w:r>
      <w:r w:rsidRPr="00C13BC7">
        <w:rPr>
          <w:lang w:val="pl-PL"/>
        </w:rPr>
        <w:t>.............................</w:t>
      </w:r>
    </w:p>
    <w:p w14:paraId="2EE73618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4. RODZAJ DROGI</w:t>
      </w:r>
    </w:p>
    <w:p w14:paraId="7713064A" w14:textId="77777777" w:rsidR="00B973AE" w:rsidRPr="00C13BC7" w:rsidRDefault="00357947">
      <w:pPr>
        <w:rPr>
          <w:lang w:val="pl-PL"/>
        </w:rPr>
      </w:pPr>
      <w:r w:rsidRPr="00C13BC7">
        <w:rPr>
          <w:lang w:val="pl-PL"/>
        </w:rPr>
        <w:t>☐ droga gminna publiczna     ☐ droga wewnętrzna stanowiąca własność / pozostająca w zarządzie Gminy Łąck</w:t>
      </w:r>
    </w:p>
    <w:p w14:paraId="2FE54157" w14:textId="5A870189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Nr drogi / nazwa ulicy (jeżeli dotyczy):</w:t>
      </w:r>
      <w:r w:rsidRPr="00C13BC7">
        <w:rPr>
          <w:lang w:val="pl-PL"/>
        </w:rPr>
        <w:t xml:space="preserve"> .........................</w:t>
      </w:r>
      <w:r w:rsidR="003843AE">
        <w:rPr>
          <w:lang w:val="pl-PL"/>
        </w:rPr>
        <w:t>...............................................</w:t>
      </w:r>
      <w:r w:rsidRPr="00C13BC7">
        <w:rPr>
          <w:lang w:val="pl-PL"/>
        </w:rPr>
        <w:t>......................................................................</w:t>
      </w:r>
    </w:p>
    <w:p w14:paraId="09087535" w14:textId="0F02EE06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Miejscowość / obręb:</w:t>
      </w:r>
      <w:r w:rsidRPr="00C13BC7">
        <w:rPr>
          <w:lang w:val="pl-PL"/>
        </w:rPr>
        <w:t xml:space="preserve"> ................................</w:t>
      </w:r>
      <w:r w:rsidR="003843AE">
        <w:rPr>
          <w:lang w:val="pl-PL"/>
        </w:rPr>
        <w:t>............................................................................</w:t>
      </w:r>
      <w:r w:rsidRPr="00C13BC7">
        <w:rPr>
          <w:lang w:val="pl-PL"/>
        </w:rPr>
        <w:t>...............................................................</w:t>
      </w:r>
    </w:p>
    <w:p w14:paraId="24853A7D" w14:textId="25D3E0A3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Nr działki / działek ewidencyjnych stanowiących drogę:</w:t>
      </w:r>
      <w:r w:rsidRPr="00C13BC7">
        <w:rPr>
          <w:lang w:val="pl-PL"/>
        </w:rPr>
        <w:t xml:space="preserve"> ................................</w:t>
      </w:r>
      <w:r w:rsidR="003843AE">
        <w:rPr>
          <w:lang w:val="pl-PL"/>
        </w:rPr>
        <w:t>..................</w:t>
      </w:r>
      <w:r w:rsidRPr="00C13BC7">
        <w:rPr>
          <w:lang w:val="pl-PL"/>
        </w:rPr>
        <w:t>...............................................................</w:t>
      </w:r>
    </w:p>
    <w:p w14:paraId="262184C9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5. CEL ZAJĘCIA PASA DROGOWEGO / NIERUCHOMOŚCI DROGOWEJ</w:t>
      </w:r>
    </w:p>
    <w:p w14:paraId="6EEFCF69" w14:textId="685971BF" w:rsidR="00B973AE" w:rsidRPr="00C13BC7" w:rsidRDefault="00357947">
      <w:pPr>
        <w:rPr>
          <w:lang w:val="pl-PL"/>
        </w:rPr>
      </w:pPr>
      <w:r w:rsidRPr="00C13BC7">
        <w:rPr>
          <w:lang w:val="pl-PL"/>
        </w:rPr>
        <w:t>☐ prowadzenie robót związanych z umieszczeniem urządzenia / infrastruktury</w:t>
      </w:r>
      <w:r w:rsidRPr="00C13BC7">
        <w:rPr>
          <w:lang w:val="pl-PL"/>
        </w:rPr>
        <w:br/>
        <w:t>☐ umieszczenie liniowego urządzenia obcego (np. sieć, przyłącze, kabel, przewód)</w:t>
      </w:r>
      <w:r w:rsidRPr="00C13BC7">
        <w:rPr>
          <w:lang w:val="pl-PL"/>
        </w:rPr>
        <w:br/>
        <w:t>☐ umieszczenie urządzenia obcego innego niż liniowe (np. studnia, szafa, słup, komora)</w:t>
      </w:r>
      <w:r w:rsidRPr="00C13BC7">
        <w:rPr>
          <w:lang w:val="pl-PL"/>
        </w:rPr>
        <w:br/>
        <w:t>☐ jednocześnie: prowadzenie robót oraz umieszczenie urządzenia / infrastruktury</w:t>
      </w:r>
      <w:r w:rsidRPr="00C13BC7">
        <w:rPr>
          <w:lang w:val="pl-PL"/>
        </w:rPr>
        <w:br/>
        <w:t>☐ inne: .........................................................................................................................</w:t>
      </w:r>
      <w:r w:rsidR="003843AE">
        <w:rPr>
          <w:lang w:val="pl-PL"/>
        </w:rPr>
        <w:t>.................................................</w:t>
      </w:r>
      <w:r w:rsidRPr="00C13BC7">
        <w:rPr>
          <w:lang w:val="pl-PL"/>
        </w:rPr>
        <w:t>.......................</w:t>
      </w:r>
    </w:p>
    <w:p w14:paraId="00F4D86C" w14:textId="2DB0DA8E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Rodzaj urządzenia / infrastruktury:</w:t>
      </w:r>
      <w:r w:rsidRPr="00C13BC7">
        <w:rPr>
          <w:lang w:val="pl-PL"/>
        </w:rPr>
        <w:t xml:space="preserve"> ................................................</w:t>
      </w:r>
      <w:r w:rsidR="003843AE">
        <w:rPr>
          <w:lang w:val="pl-PL"/>
        </w:rPr>
        <w:t>.</w:t>
      </w:r>
      <w:r w:rsidRPr="00C13BC7">
        <w:rPr>
          <w:lang w:val="pl-PL"/>
        </w:rPr>
        <w:t>..</w:t>
      </w:r>
      <w:r w:rsidR="003843AE">
        <w:rPr>
          <w:lang w:val="pl-PL"/>
        </w:rPr>
        <w:t>..................................................</w:t>
      </w:r>
      <w:r w:rsidRPr="00C13BC7">
        <w:rPr>
          <w:lang w:val="pl-PL"/>
        </w:rPr>
        <w:t>.............................................</w:t>
      </w:r>
    </w:p>
    <w:p w14:paraId="4C1F62A7" w14:textId="74BD3F0B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........................................................................</w:t>
      </w:r>
      <w:r w:rsidR="003843AE">
        <w:rPr>
          <w:lang w:val="pl-PL"/>
        </w:rPr>
        <w:t>........................................................................................</w:t>
      </w:r>
      <w:r w:rsidRPr="00C13BC7">
        <w:rPr>
          <w:lang w:val="pl-PL"/>
        </w:rPr>
        <w:t>..............................................</w:t>
      </w:r>
    </w:p>
    <w:p w14:paraId="6B187C14" w14:textId="48EC4460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Nr i data wcześniejszej decyzji lokalizacyjnej / zgody właściciela drogi (jeżeli dotyczy):</w:t>
      </w:r>
      <w:r w:rsidRPr="00C13BC7">
        <w:rPr>
          <w:lang w:val="pl-PL"/>
        </w:rPr>
        <w:t xml:space="preserve"> ....................................................................................</w:t>
      </w:r>
      <w:r w:rsidR="003843AE">
        <w:rPr>
          <w:lang w:val="pl-PL"/>
        </w:rPr>
        <w:t>................................................................................................................</w:t>
      </w:r>
      <w:r w:rsidRPr="00C13BC7">
        <w:rPr>
          <w:lang w:val="pl-PL"/>
        </w:rPr>
        <w:t>...........</w:t>
      </w:r>
    </w:p>
    <w:p w14:paraId="255D07A6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6. TERMIN PROWADZENIA ROBÓT</w:t>
      </w:r>
    </w:p>
    <w:p w14:paraId="7CFB32DC" w14:textId="122AE481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Od dnia: ...................................</w:t>
      </w:r>
      <w:r w:rsidR="003843AE">
        <w:rPr>
          <w:b/>
          <w:lang w:val="pl-PL"/>
        </w:rPr>
        <w:t>.................</w:t>
      </w:r>
      <w:r w:rsidRPr="00C13BC7">
        <w:rPr>
          <w:b/>
          <w:lang w:val="pl-PL"/>
        </w:rPr>
        <w:t>..........  do dnia: ..............</w:t>
      </w:r>
      <w:r w:rsidR="003843AE">
        <w:rPr>
          <w:b/>
          <w:lang w:val="pl-PL"/>
        </w:rPr>
        <w:t>.....................</w:t>
      </w:r>
      <w:r w:rsidRPr="00C13BC7">
        <w:rPr>
          <w:b/>
          <w:lang w:val="pl-PL"/>
        </w:rPr>
        <w:t>...............................</w:t>
      </w:r>
      <w:r w:rsidRPr="00C13BC7">
        <w:rPr>
          <w:lang w:val="pl-PL"/>
        </w:rPr>
        <w:t xml:space="preserve"> .......................................................................</w:t>
      </w:r>
      <w:r w:rsidR="003843AE">
        <w:rPr>
          <w:lang w:val="pl-PL"/>
        </w:rPr>
        <w:t>...............................................................................................................</w:t>
      </w:r>
      <w:r w:rsidRPr="00C13BC7">
        <w:rPr>
          <w:lang w:val="pl-PL"/>
        </w:rPr>
        <w:t>........................</w:t>
      </w:r>
    </w:p>
    <w:p w14:paraId="4BDB0DAB" w14:textId="6B942043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Łączna liczba dni zajęcia:</w:t>
      </w:r>
      <w:r w:rsidRPr="00C13BC7">
        <w:rPr>
          <w:lang w:val="pl-PL"/>
        </w:rPr>
        <w:t xml:space="preserve"> ..............</w:t>
      </w:r>
      <w:r w:rsidR="003843AE">
        <w:rPr>
          <w:lang w:val="pl-PL"/>
        </w:rPr>
        <w:t>..................................................................</w:t>
      </w:r>
      <w:r w:rsidRPr="00C13BC7">
        <w:rPr>
          <w:lang w:val="pl-PL"/>
        </w:rPr>
        <w:t>.................................................................................</w:t>
      </w:r>
    </w:p>
    <w:p w14:paraId="2DA83AC1" w14:textId="77777777" w:rsidR="00B973AE" w:rsidRPr="00C13BC7" w:rsidRDefault="00357947">
      <w:pPr>
        <w:rPr>
          <w:lang w:val="pl-PL"/>
        </w:rPr>
      </w:pPr>
      <w:r w:rsidRPr="00C13BC7">
        <w:rPr>
          <w:lang w:val="pl-PL"/>
        </w:rPr>
        <w:lastRenderedPageBreak/>
        <w:t>Uwaga: w przypadku drogi publicznej zajęcie pasa przez okres krótszy niż 24 godziny traktowane jest jak zajęcie przez 1 dzień.</w:t>
      </w:r>
    </w:p>
    <w:p w14:paraId="29E2CB97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7. POWIERZCHNIA PASA DROGOWEGO ZAJĘTA NA CZAS PROWADZENIA ROBÓT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83"/>
        <w:gridCol w:w="2083"/>
        <w:gridCol w:w="2083"/>
        <w:gridCol w:w="2084"/>
        <w:gridCol w:w="2083"/>
      </w:tblGrid>
      <w:tr w:rsidR="00B973AE" w14:paraId="6346FDE2" w14:textId="77777777">
        <w:trPr>
          <w:jc w:val="center"/>
        </w:trPr>
        <w:tc>
          <w:tcPr>
            <w:tcW w:w="2085" w:type="dxa"/>
            <w:shd w:val="clear" w:color="auto" w:fill="E7E6E6"/>
          </w:tcPr>
          <w:p w14:paraId="7CA932A6" w14:textId="77777777" w:rsidR="00B973AE" w:rsidRDefault="00357947">
            <w:r>
              <w:t xml:space="preserve">Element </w:t>
            </w:r>
            <w:proofErr w:type="spellStart"/>
            <w:r>
              <w:t>pasa</w:t>
            </w:r>
            <w:proofErr w:type="spellEnd"/>
            <w:r>
              <w:t xml:space="preserve"> </w:t>
            </w:r>
            <w:proofErr w:type="spellStart"/>
            <w:r>
              <w:t>drogowego</w:t>
            </w:r>
            <w:proofErr w:type="spellEnd"/>
          </w:p>
        </w:tc>
        <w:tc>
          <w:tcPr>
            <w:tcW w:w="2085" w:type="dxa"/>
            <w:shd w:val="clear" w:color="auto" w:fill="E7E6E6"/>
          </w:tcPr>
          <w:p w14:paraId="0208FF7F" w14:textId="77777777" w:rsidR="00B973AE" w:rsidRDefault="00357947">
            <w:r>
              <w:t>długość [m]</w:t>
            </w:r>
          </w:p>
        </w:tc>
        <w:tc>
          <w:tcPr>
            <w:tcW w:w="2085" w:type="dxa"/>
            <w:shd w:val="clear" w:color="auto" w:fill="E7E6E6"/>
          </w:tcPr>
          <w:p w14:paraId="2E3E61E9" w14:textId="77777777" w:rsidR="00B973AE" w:rsidRDefault="00357947">
            <w:r>
              <w:t>szerokość [m]</w:t>
            </w:r>
          </w:p>
        </w:tc>
        <w:tc>
          <w:tcPr>
            <w:tcW w:w="2085" w:type="dxa"/>
            <w:shd w:val="clear" w:color="auto" w:fill="E7E6E6"/>
          </w:tcPr>
          <w:p w14:paraId="2A3EF905" w14:textId="77777777" w:rsidR="00B973AE" w:rsidRDefault="00357947">
            <w:r>
              <w:t>powierzchnia [m²]</w:t>
            </w:r>
          </w:p>
        </w:tc>
        <w:tc>
          <w:tcPr>
            <w:tcW w:w="2085" w:type="dxa"/>
            <w:shd w:val="clear" w:color="auto" w:fill="E7E6E6"/>
          </w:tcPr>
          <w:p w14:paraId="4CE40956" w14:textId="77777777" w:rsidR="00B973AE" w:rsidRDefault="00357947">
            <w:r>
              <w:t>liczba dni</w:t>
            </w:r>
          </w:p>
        </w:tc>
      </w:tr>
      <w:tr w:rsidR="00B973AE" w14:paraId="73D243A5" w14:textId="77777777">
        <w:trPr>
          <w:jc w:val="center"/>
        </w:trPr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86B88B" w14:textId="77777777" w:rsidR="00B973AE" w:rsidRDefault="00357947">
            <w:r>
              <w:t>jezdnia</w:t>
            </w:r>
          </w:p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62867D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CE22A8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14582F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87ABAF" w14:textId="77777777" w:rsidR="00B973AE" w:rsidRDefault="00B973AE"/>
        </w:tc>
      </w:tr>
      <w:tr w:rsidR="00B973AE" w14:paraId="0206B820" w14:textId="77777777">
        <w:trPr>
          <w:jc w:val="center"/>
        </w:trPr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7A006F" w14:textId="77777777" w:rsidR="00B973AE" w:rsidRDefault="00357947">
            <w:r>
              <w:t>chodnik / droga dla pieszych</w:t>
            </w:r>
          </w:p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6F86F4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99164E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F99C1C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E6959F" w14:textId="77777777" w:rsidR="00B973AE" w:rsidRDefault="00B973AE"/>
        </w:tc>
      </w:tr>
      <w:tr w:rsidR="00B973AE" w14:paraId="2C8F5533" w14:textId="77777777">
        <w:trPr>
          <w:jc w:val="center"/>
        </w:trPr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D2626A" w14:textId="77777777" w:rsidR="00B973AE" w:rsidRDefault="00357947">
            <w:r>
              <w:t>pobocze</w:t>
            </w:r>
          </w:p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165E97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37AEC8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390606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A8E614" w14:textId="77777777" w:rsidR="00B973AE" w:rsidRDefault="00B973AE"/>
        </w:tc>
      </w:tr>
      <w:tr w:rsidR="00B973AE" w14:paraId="3641A50B" w14:textId="77777777">
        <w:trPr>
          <w:jc w:val="center"/>
        </w:trPr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C44764" w14:textId="77777777" w:rsidR="00B973AE" w:rsidRDefault="00357947">
            <w:r>
              <w:t>rów</w:t>
            </w:r>
          </w:p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F39435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8976AA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9A478C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B7C65D" w14:textId="77777777" w:rsidR="00B973AE" w:rsidRDefault="00B973AE"/>
        </w:tc>
      </w:tr>
      <w:tr w:rsidR="00B973AE" w14:paraId="0775D092" w14:textId="77777777">
        <w:trPr>
          <w:jc w:val="center"/>
        </w:trPr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6566DF" w14:textId="77777777" w:rsidR="00B973AE" w:rsidRDefault="00357947">
            <w:r>
              <w:t>pas zieleni / pozostałe elementy</w:t>
            </w:r>
          </w:p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28449D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DD1F70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0BF4D0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BBA356" w14:textId="77777777" w:rsidR="00B973AE" w:rsidRDefault="00B973AE"/>
        </w:tc>
      </w:tr>
      <w:tr w:rsidR="00B973AE" w14:paraId="63262515" w14:textId="77777777">
        <w:trPr>
          <w:jc w:val="center"/>
        </w:trPr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CF189A" w14:textId="77777777" w:rsidR="00B973AE" w:rsidRDefault="00357947">
            <w:r>
              <w:t>RAZEM</w:t>
            </w:r>
          </w:p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EFA231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2DE7E6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2641F0" w14:textId="77777777" w:rsidR="00B973AE" w:rsidRDefault="00B973AE"/>
        </w:tc>
        <w:tc>
          <w:tcPr>
            <w:tcW w:w="208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BC76CC" w14:textId="77777777" w:rsidR="00B973AE" w:rsidRDefault="00B973AE"/>
        </w:tc>
      </w:tr>
    </w:tbl>
    <w:p w14:paraId="44C4AFD3" w14:textId="77777777" w:rsidR="008802D8" w:rsidRDefault="008802D8">
      <w:pPr>
        <w:rPr>
          <w:lang w:val="pl-PL"/>
        </w:rPr>
      </w:pPr>
    </w:p>
    <w:p w14:paraId="49698094" w14:textId="5FA44A62" w:rsidR="00B973AE" w:rsidRPr="00C13BC7" w:rsidRDefault="00357947">
      <w:pPr>
        <w:rPr>
          <w:lang w:val="pl-PL"/>
        </w:rPr>
      </w:pPr>
      <w:r w:rsidRPr="00C13BC7">
        <w:rPr>
          <w:lang w:val="pl-PL"/>
        </w:rPr>
        <w:t>W przypadku zajęcia jezdni należy wskazać również procent szerokości jezdni objętej zajęciem: ...........</w:t>
      </w:r>
      <w:r w:rsidR="003843AE">
        <w:rPr>
          <w:lang w:val="pl-PL"/>
        </w:rPr>
        <w:t>..................</w:t>
      </w:r>
      <w:r w:rsidRPr="00C13BC7">
        <w:rPr>
          <w:lang w:val="pl-PL"/>
        </w:rPr>
        <w:t>............... %</w:t>
      </w:r>
    </w:p>
    <w:p w14:paraId="6F768175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8. URZĄDZENIE / INFRASTRUKTURA POZOSTAJĄCA W DRODZE PO ZAKOŃCZENIU ROBÓT</w:t>
      </w:r>
    </w:p>
    <w:p w14:paraId="30516196" w14:textId="77777777" w:rsidR="00B973AE" w:rsidRPr="00C13BC7" w:rsidRDefault="00357947">
      <w:pPr>
        <w:rPr>
          <w:lang w:val="pl-PL"/>
        </w:rPr>
      </w:pPr>
      <w:r w:rsidRPr="00C13BC7">
        <w:rPr>
          <w:lang w:val="pl-PL"/>
        </w:rPr>
        <w:t>☐ urządzenie liniowe     ☐ urządzenie inne niż liniowe     ☐ nie dotyczy</w:t>
      </w:r>
    </w:p>
    <w:p w14:paraId="3D19898A" w14:textId="53D94305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Rodzaj / nazwa urządzenia:</w:t>
      </w:r>
      <w:r w:rsidRPr="00C13BC7">
        <w:rPr>
          <w:lang w:val="pl-PL"/>
        </w:rPr>
        <w:t xml:space="preserve"> .........................</w:t>
      </w:r>
      <w:r w:rsidR="008802D8">
        <w:rPr>
          <w:lang w:val="pl-PL"/>
        </w:rPr>
        <w:t>..............................................................</w:t>
      </w:r>
      <w:r w:rsidRPr="00C13BC7">
        <w:rPr>
          <w:lang w:val="pl-PL"/>
        </w:rPr>
        <w:t>......................................................................</w:t>
      </w:r>
    </w:p>
    <w:p w14:paraId="17BE4901" w14:textId="3E968C71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Materiał / średnica / przekrój / typ:</w:t>
      </w:r>
      <w:r w:rsidRPr="00C13BC7">
        <w:rPr>
          <w:lang w:val="pl-PL"/>
        </w:rPr>
        <w:t xml:space="preserve"> .............</w:t>
      </w:r>
      <w:r w:rsidR="008802D8">
        <w:rPr>
          <w:lang w:val="pl-PL"/>
        </w:rPr>
        <w:t>...................................................</w:t>
      </w:r>
      <w:r w:rsidRPr="00C13BC7">
        <w:rPr>
          <w:lang w:val="pl-PL"/>
        </w:rPr>
        <w:t>..................................................................................</w:t>
      </w:r>
    </w:p>
    <w:p w14:paraId="7A0364FB" w14:textId="1E5DF83C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Długość urządzenia w pasie drogowym: .................................................. m</w:t>
      </w:r>
      <w:r w:rsidRPr="00C13BC7">
        <w:rPr>
          <w:lang w:val="pl-PL"/>
        </w:rPr>
        <w:t xml:space="preserve"> ..........................................................</w:t>
      </w:r>
      <w:r w:rsidR="008802D8">
        <w:rPr>
          <w:lang w:val="pl-PL"/>
        </w:rPr>
        <w:t>...............................................................................................................</w:t>
      </w:r>
      <w:r w:rsidRPr="00C13BC7">
        <w:rPr>
          <w:lang w:val="pl-PL"/>
        </w:rPr>
        <w:t>.....................................</w:t>
      </w:r>
    </w:p>
    <w:p w14:paraId="6F45E52C" w14:textId="39E2F957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Szerokość rzutu poziomego: ................................</w:t>
      </w:r>
      <w:r w:rsidR="001A4ACB">
        <w:rPr>
          <w:b/>
          <w:lang w:val="pl-PL"/>
        </w:rPr>
        <w:t>.......</w:t>
      </w:r>
      <w:r w:rsidRPr="00C13BC7">
        <w:rPr>
          <w:b/>
          <w:lang w:val="pl-PL"/>
        </w:rPr>
        <w:t>............................... m</w:t>
      </w:r>
      <w:r w:rsidRPr="00C13BC7">
        <w:rPr>
          <w:lang w:val="pl-PL"/>
        </w:rPr>
        <w:t xml:space="preserve"> .................................................................................</w:t>
      </w:r>
      <w:r w:rsidR="008802D8">
        <w:rPr>
          <w:lang w:val="pl-PL"/>
        </w:rPr>
        <w:t>................................................................................................................</w:t>
      </w:r>
      <w:r w:rsidRPr="00C13BC7">
        <w:rPr>
          <w:lang w:val="pl-PL"/>
        </w:rPr>
        <w:t>..............</w:t>
      </w:r>
    </w:p>
    <w:p w14:paraId="6775A9B7" w14:textId="77777777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Powierzchnia rzutu poziomego urządzenia: .............................................. m²</w:t>
      </w:r>
      <w:r w:rsidRPr="00C13BC7">
        <w:rPr>
          <w:lang w:val="pl-PL"/>
        </w:rPr>
        <w:t xml:space="preserve"> ...............................................................................................</w:t>
      </w:r>
    </w:p>
    <w:p w14:paraId="27FCBE81" w14:textId="010FB938" w:rsidR="00B973AE" w:rsidRPr="00C13BC7" w:rsidRDefault="00357947">
      <w:pPr>
        <w:rPr>
          <w:lang w:val="pl-PL"/>
        </w:rPr>
      </w:pPr>
      <w:r w:rsidRPr="00C13BC7">
        <w:rPr>
          <w:lang w:val="pl-PL"/>
        </w:rPr>
        <w:t>Lokalizacja: ☐ jezdnia / pod jezdnią  ☐ chodnik  ☐ pobocze  ☐ rów  ☐ pas zieleni  ☐ inne: .....</w:t>
      </w:r>
      <w:r w:rsidR="008802D8">
        <w:rPr>
          <w:lang w:val="pl-PL"/>
        </w:rPr>
        <w:t>....................................</w:t>
      </w:r>
      <w:r w:rsidRPr="00C13BC7">
        <w:rPr>
          <w:lang w:val="pl-PL"/>
        </w:rPr>
        <w:t>......................</w:t>
      </w:r>
    </w:p>
    <w:p w14:paraId="2625195B" w14:textId="0CB88FC2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Planowany okres umieszczenia: od ......</w:t>
      </w:r>
      <w:r w:rsidR="008802D8">
        <w:rPr>
          <w:b/>
          <w:lang w:val="pl-PL"/>
        </w:rPr>
        <w:t>...................</w:t>
      </w:r>
      <w:r w:rsidRPr="00C13BC7">
        <w:rPr>
          <w:b/>
          <w:lang w:val="pl-PL"/>
        </w:rPr>
        <w:t>............................ do ...........</w:t>
      </w:r>
      <w:r w:rsidR="008802D8">
        <w:rPr>
          <w:b/>
          <w:lang w:val="pl-PL"/>
        </w:rPr>
        <w:t>....................</w:t>
      </w:r>
      <w:r w:rsidRPr="00C13BC7">
        <w:rPr>
          <w:b/>
          <w:lang w:val="pl-PL"/>
        </w:rPr>
        <w:t xml:space="preserve">....................... </w:t>
      </w:r>
      <w:r w:rsidRPr="00C13BC7">
        <w:rPr>
          <w:lang w:val="pl-PL"/>
        </w:rPr>
        <w:t xml:space="preserve"> ......................................................................................</w:t>
      </w:r>
      <w:r w:rsidR="008802D8">
        <w:rPr>
          <w:lang w:val="pl-PL"/>
        </w:rPr>
        <w:t>................................................................................................................</w:t>
      </w:r>
      <w:r w:rsidRPr="00C13BC7">
        <w:rPr>
          <w:lang w:val="pl-PL"/>
        </w:rPr>
        <w:t>.........</w:t>
      </w:r>
    </w:p>
    <w:p w14:paraId="784A7E43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9. SPOSÓB WYKONANIA ROBÓT</w:t>
      </w:r>
    </w:p>
    <w:p w14:paraId="5CDAD81C" w14:textId="3A4EB436" w:rsidR="00B973AE" w:rsidRPr="00C13BC7" w:rsidRDefault="00357947">
      <w:pPr>
        <w:rPr>
          <w:lang w:val="pl-PL"/>
        </w:rPr>
      </w:pPr>
      <w:r w:rsidRPr="00C13BC7">
        <w:rPr>
          <w:lang w:val="pl-PL"/>
        </w:rPr>
        <w:t xml:space="preserve">☐ przewiert / </w:t>
      </w:r>
      <w:proofErr w:type="spellStart"/>
      <w:r w:rsidRPr="00C13BC7">
        <w:rPr>
          <w:lang w:val="pl-PL"/>
        </w:rPr>
        <w:t>przecisk</w:t>
      </w:r>
      <w:proofErr w:type="spellEnd"/>
      <w:r w:rsidRPr="00C13BC7">
        <w:rPr>
          <w:lang w:val="pl-PL"/>
        </w:rPr>
        <w:t xml:space="preserve">     ☐ wykop otwarty     ☐ roboty napowietrzne     ☐ inne: ........</w:t>
      </w:r>
      <w:r w:rsidR="008802D8">
        <w:rPr>
          <w:lang w:val="pl-PL"/>
        </w:rPr>
        <w:t>.................................</w:t>
      </w:r>
      <w:r w:rsidRPr="00C13BC7">
        <w:rPr>
          <w:lang w:val="pl-PL"/>
        </w:rPr>
        <w:t>........................................</w:t>
      </w:r>
    </w:p>
    <w:p w14:paraId="52A1891B" w14:textId="59070B5C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Opis technologii robót:</w:t>
      </w:r>
      <w:r w:rsidRPr="00C13BC7">
        <w:rPr>
          <w:lang w:val="pl-PL"/>
        </w:rPr>
        <w:t xml:space="preserve"> ..............................................................</w:t>
      </w:r>
      <w:r w:rsidR="008802D8">
        <w:rPr>
          <w:lang w:val="pl-PL"/>
        </w:rPr>
        <w:t>.......................................................................</w:t>
      </w:r>
      <w:r w:rsidRPr="00C13BC7">
        <w:rPr>
          <w:lang w:val="pl-PL"/>
        </w:rPr>
        <w:t>.................................</w:t>
      </w:r>
    </w:p>
    <w:p w14:paraId="1A15AFF8" w14:textId="0C18EEF7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.......................................................................................</w:t>
      </w:r>
      <w:r w:rsidR="008802D8">
        <w:rPr>
          <w:lang w:val="pl-PL"/>
        </w:rPr>
        <w:t>.........................................................................................</w:t>
      </w:r>
      <w:r w:rsidRPr="00C13BC7">
        <w:rPr>
          <w:lang w:val="pl-PL"/>
        </w:rPr>
        <w:t>...............................</w:t>
      </w:r>
    </w:p>
    <w:p w14:paraId="4D0C8ACB" w14:textId="3098778B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.........................................................................</w:t>
      </w:r>
      <w:r w:rsidR="008802D8">
        <w:rPr>
          <w:lang w:val="pl-PL"/>
        </w:rPr>
        <w:t>........................................................................................</w:t>
      </w:r>
      <w:r w:rsidRPr="00C13BC7">
        <w:rPr>
          <w:lang w:val="pl-PL"/>
        </w:rPr>
        <w:t>.............................................</w:t>
      </w:r>
    </w:p>
    <w:p w14:paraId="75357572" w14:textId="54E26FF2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Sposób zabezpieczenia i odtworzenia nawierzchni / pobocza / rowu:</w:t>
      </w:r>
      <w:r w:rsidRPr="00C13BC7">
        <w:rPr>
          <w:lang w:val="pl-PL"/>
        </w:rPr>
        <w:t xml:space="preserve"> ......................................................</w:t>
      </w:r>
      <w:r w:rsidR="008802D8">
        <w:rPr>
          <w:lang w:val="pl-PL"/>
        </w:rPr>
        <w:t>...............................................................................................................</w:t>
      </w:r>
      <w:r w:rsidRPr="00C13BC7">
        <w:rPr>
          <w:lang w:val="pl-PL"/>
        </w:rPr>
        <w:t>.........................................</w:t>
      </w:r>
    </w:p>
    <w:p w14:paraId="1EE77F3E" w14:textId="7C2621A4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..............................................</w:t>
      </w:r>
      <w:r w:rsidR="008802D8">
        <w:rPr>
          <w:lang w:val="pl-PL"/>
        </w:rPr>
        <w:t>.........................................................................................</w:t>
      </w:r>
      <w:r w:rsidRPr="00C13BC7">
        <w:rPr>
          <w:lang w:val="pl-PL"/>
        </w:rPr>
        <w:t>........................................................................</w:t>
      </w:r>
    </w:p>
    <w:p w14:paraId="3209257F" w14:textId="7D0CBC48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........................................</w:t>
      </w:r>
      <w:r w:rsidR="008802D8">
        <w:rPr>
          <w:lang w:val="pl-PL"/>
        </w:rPr>
        <w:t>.........................................................................................</w:t>
      </w:r>
      <w:r w:rsidRPr="00C13BC7">
        <w:rPr>
          <w:lang w:val="pl-PL"/>
        </w:rPr>
        <w:t>..............................................................................</w:t>
      </w:r>
    </w:p>
    <w:p w14:paraId="23F046EA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10. ORGANIZACJA I BEZPIECZEŃSTWO RUCHU</w:t>
      </w:r>
    </w:p>
    <w:p w14:paraId="53DD4750" w14:textId="25C99C62" w:rsidR="00B973AE" w:rsidRPr="00C13BC7" w:rsidRDefault="00357947">
      <w:pPr>
        <w:rPr>
          <w:lang w:val="pl-PL"/>
        </w:rPr>
      </w:pPr>
      <w:r w:rsidRPr="00C13BC7">
        <w:rPr>
          <w:lang w:val="pl-PL"/>
        </w:rPr>
        <w:t>☐ roboty wymagają projektu czasowej organizacji ruchu</w:t>
      </w:r>
      <w:r w:rsidRPr="00C13BC7">
        <w:rPr>
          <w:lang w:val="pl-PL"/>
        </w:rPr>
        <w:br/>
        <w:t>☐ roboty nie wymagają zmiany organizacji ruchu</w:t>
      </w:r>
      <w:r w:rsidRPr="00C13BC7">
        <w:rPr>
          <w:lang w:val="pl-PL"/>
        </w:rPr>
        <w:br/>
        <w:t>☐ projekt organizacji ruchu zatwierdzono – nr / data: .................................</w:t>
      </w:r>
      <w:r w:rsidR="008802D8">
        <w:rPr>
          <w:lang w:val="pl-PL"/>
        </w:rPr>
        <w:t>...................................</w:t>
      </w:r>
      <w:r w:rsidRPr="00C13BC7">
        <w:rPr>
          <w:lang w:val="pl-PL"/>
        </w:rPr>
        <w:t>.......................................................</w:t>
      </w:r>
    </w:p>
    <w:p w14:paraId="6B05ACC4" w14:textId="512D1789" w:rsidR="00B973AE" w:rsidRPr="00C13BC7" w:rsidRDefault="00357947">
      <w:pPr>
        <w:spacing w:after="20"/>
        <w:rPr>
          <w:lang w:val="pl-PL"/>
        </w:rPr>
      </w:pPr>
      <w:r w:rsidRPr="00C13BC7">
        <w:rPr>
          <w:b/>
          <w:lang w:val="pl-PL"/>
        </w:rPr>
        <w:t>Sposób zabezpieczenia miejsca robót:</w:t>
      </w:r>
      <w:r w:rsidRPr="00C13BC7">
        <w:rPr>
          <w:lang w:val="pl-PL"/>
        </w:rPr>
        <w:t xml:space="preserve"> .................................................</w:t>
      </w:r>
      <w:r w:rsidR="008802D8">
        <w:rPr>
          <w:lang w:val="pl-PL"/>
        </w:rPr>
        <w:t>..............................................</w:t>
      </w:r>
      <w:r w:rsidRPr="00C13BC7">
        <w:rPr>
          <w:lang w:val="pl-PL"/>
        </w:rPr>
        <w:t>..............................................</w:t>
      </w:r>
    </w:p>
    <w:p w14:paraId="53C1B9D6" w14:textId="3C8EA105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.............................................................................................</w:t>
      </w:r>
      <w:r w:rsidR="008802D8">
        <w:rPr>
          <w:lang w:val="pl-PL"/>
        </w:rPr>
        <w:t>..........................................................................................</w:t>
      </w:r>
      <w:r w:rsidRPr="00C13BC7">
        <w:rPr>
          <w:lang w:val="pl-PL"/>
        </w:rPr>
        <w:t>.........................</w:t>
      </w:r>
    </w:p>
    <w:p w14:paraId="4A033077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11. ZAŁĄCZNIKI</w:t>
      </w:r>
    </w:p>
    <w:p w14:paraId="77672A61" w14:textId="77777777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☐ szczegółowy plan sytuacyjny w skali umożliwiającej jednoznaczne określenie granic i powierzchni zajęcia;</w:t>
      </w:r>
    </w:p>
    <w:p w14:paraId="4BD1D3AF" w14:textId="77777777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☐ projekt / plan sytuacyjny urządzenia z podaniem wymiarów i powierzchni rzutu poziomego;</w:t>
      </w:r>
    </w:p>
    <w:p w14:paraId="4BB2B192" w14:textId="77777777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☐ zatwierdzony projekt czasowej organizacji ruchu – jeżeli jest wymagany;</w:t>
      </w:r>
    </w:p>
    <w:p w14:paraId="21531571" w14:textId="77777777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lastRenderedPageBreak/>
        <w:t>☐ ogólny plan orientacyjny z zaznaczeniem zajmowanego odcinka drogi;</w:t>
      </w:r>
    </w:p>
    <w:p w14:paraId="0B6A5D01" w14:textId="77777777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☐ kopia decyzji zezwalającej na lokalizację urządzenia w pasie drogowym albo zgody dotyczącej drogi wewnętrznej;</w:t>
      </w:r>
    </w:p>
    <w:p w14:paraId="0A7EB7BF" w14:textId="77777777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☐ harmonogram robót – jeżeli zakres robót tego wymaga;</w:t>
      </w:r>
    </w:p>
    <w:p w14:paraId="3A5BDFB2" w14:textId="77777777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☐ pełnomocnictwo wraz z dowodem uiszczenia opłaty skarbowej – jeżeli dotyczy;</w:t>
      </w:r>
    </w:p>
    <w:p w14:paraId="71A18A2D" w14:textId="77777777" w:rsidR="00B973AE" w:rsidRPr="00C13BC7" w:rsidRDefault="00357947">
      <w:pPr>
        <w:spacing w:after="20"/>
        <w:rPr>
          <w:lang w:val="pl-PL"/>
        </w:rPr>
      </w:pPr>
      <w:r w:rsidRPr="00C13BC7">
        <w:rPr>
          <w:lang w:val="pl-PL"/>
        </w:rPr>
        <w:t>☐ inne: ................................................................................................................................................</w:t>
      </w:r>
    </w:p>
    <w:p w14:paraId="5D3ECA5F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12. OŚWIADCZENIA WNIOSKODAWCY</w:t>
      </w:r>
    </w:p>
    <w:p w14:paraId="4CE67940" w14:textId="77777777" w:rsidR="00B973AE" w:rsidRPr="00C13BC7" w:rsidRDefault="00357947" w:rsidP="008802D8">
      <w:pPr>
        <w:spacing w:after="40"/>
        <w:ind w:left="284" w:hanging="284"/>
        <w:jc w:val="both"/>
        <w:rPr>
          <w:lang w:val="pl-PL"/>
        </w:rPr>
      </w:pPr>
      <w:r w:rsidRPr="00C13BC7">
        <w:rPr>
          <w:lang w:val="pl-PL"/>
        </w:rPr>
        <w:t>1. Wnioskodawca zobowiązuje się do prowadzenia robót wyłącznie w terminie i na powierzchni określonych w zezwoleniu / zgodzie oraz do zapewnienia bezpiecznych warunków ruchu.</w:t>
      </w:r>
    </w:p>
    <w:p w14:paraId="40C664D1" w14:textId="77777777" w:rsidR="00B973AE" w:rsidRPr="00C13BC7" w:rsidRDefault="00357947" w:rsidP="008802D8">
      <w:pPr>
        <w:spacing w:after="40"/>
        <w:ind w:left="284" w:hanging="284"/>
        <w:jc w:val="both"/>
        <w:rPr>
          <w:lang w:val="pl-PL"/>
        </w:rPr>
      </w:pPr>
      <w:r w:rsidRPr="00C13BC7">
        <w:rPr>
          <w:lang w:val="pl-PL"/>
        </w:rPr>
        <w:t>2. Po zakończeniu robót wnioskodawca zobowiązuje się do przywrócenia zajętego terenu do stanu poprzedniego albo do stanu określonego przez zarządcę / właściciela drogi.</w:t>
      </w:r>
    </w:p>
    <w:p w14:paraId="1616743B" w14:textId="77777777" w:rsidR="00B973AE" w:rsidRPr="00C13BC7" w:rsidRDefault="00357947" w:rsidP="008802D8">
      <w:pPr>
        <w:spacing w:after="40"/>
        <w:ind w:left="284" w:hanging="284"/>
        <w:jc w:val="both"/>
        <w:rPr>
          <w:lang w:val="pl-PL"/>
        </w:rPr>
      </w:pPr>
      <w:r w:rsidRPr="00C13BC7">
        <w:rPr>
          <w:lang w:val="pl-PL"/>
        </w:rPr>
        <w:t>3. W przypadku drogi publicznej przyjmuję do wiadomości, że za zajęcie pasa drogowego pobierana jest opłata ustalana zgodnie z art. 40 ustawy o drogach publicznych oraz stawkami obowiązującymi na terenie Gminy Łąck, wynikającymi z uchwały Nr XXII/255/2006, zmienionej uchwałą Nr XI/106/2019 oraz uchwałą Nr XXXIV/367/2023.</w:t>
      </w:r>
    </w:p>
    <w:p w14:paraId="7675A7CA" w14:textId="77777777" w:rsidR="00B973AE" w:rsidRPr="00C13BC7" w:rsidRDefault="00357947" w:rsidP="008802D8">
      <w:pPr>
        <w:spacing w:after="40"/>
        <w:ind w:left="284" w:hanging="284"/>
        <w:jc w:val="both"/>
        <w:rPr>
          <w:lang w:val="pl-PL"/>
        </w:rPr>
      </w:pPr>
      <w:r w:rsidRPr="00C13BC7">
        <w:rPr>
          <w:lang w:val="pl-PL"/>
        </w:rPr>
        <w:t>4. W przypadku drogi wewnętrznej przyjmuję do wiadomości, że korzystanie z nieruchomości drogowej oraz należności z tego tytułu ustalane są według zasad właściwych dla dróg wewnętrznych Gminy Łąck, w szczególności Uchwały Nr XXVIII/286/2018 Rady Gminy Łąck i Zarządzenia Nr 90/2018 Wójta Gminy Łąck.</w:t>
      </w:r>
    </w:p>
    <w:p w14:paraId="1AB2DE9B" w14:textId="77777777" w:rsidR="00B973AE" w:rsidRPr="00C13BC7" w:rsidRDefault="00357947" w:rsidP="008802D8">
      <w:pPr>
        <w:spacing w:after="40"/>
        <w:ind w:left="284" w:hanging="284"/>
        <w:jc w:val="both"/>
        <w:rPr>
          <w:lang w:val="pl-PL"/>
        </w:rPr>
      </w:pPr>
      <w:r w:rsidRPr="00C13BC7">
        <w:rPr>
          <w:lang w:val="pl-PL"/>
        </w:rPr>
        <w:t>5. Wnioskodawca przyjmuje do wiadomości, że samowolne zajęcie pasa drogi publicznej, przekroczenie terminu lub zajęcie większej powierzchni niż określona w zezwoleniu skutkuje zastosowaniem sankcji przewidzianych w art. 40 ustawy o drogach publicznych.</w:t>
      </w:r>
    </w:p>
    <w:p w14:paraId="5B129B47" w14:textId="77777777" w:rsidR="00B973AE" w:rsidRPr="00C13BC7" w:rsidRDefault="00357947">
      <w:pPr>
        <w:spacing w:before="100" w:after="40"/>
        <w:rPr>
          <w:lang w:val="pl-PL"/>
        </w:rPr>
      </w:pPr>
      <w:r w:rsidRPr="00C13BC7">
        <w:rPr>
          <w:b/>
          <w:sz w:val="20"/>
          <w:lang w:val="pl-PL"/>
        </w:rPr>
        <w:t>13. PODPIS</w:t>
      </w:r>
    </w:p>
    <w:p w14:paraId="73DBCAC2" w14:textId="15AC3156" w:rsidR="00B973AE" w:rsidRPr="00C13BC7" w:rsidRDefault="00357947">
      <w:pPr>
        <w:rPr>
          <w:lang w:val="pl-PL"/>
        </w:rPr>
      </w:pPr>
      <w:r w:rsidRPr="00C13BC7">
        <w:rPr>
          <w:lang w:val="pl-PL"/>
        </w:rPr>
        <w:t>Miejscowość i data: ..........</w:t>
      </w:r>
      <w:r w:rsidR="008802D8">
        <w:rPr>
          <w:lang w:val="pl-PL"/>
        </w:rPr>
        <w:t>.......................................................</w:t>
      </w:r>
      <w:r w:rsidRPr="00C13BC7">
        <w:rPr>
          <w:lang w:val="pl-PL"/>
        </w:rPr>
        <w:t>..............................................................................................................</w:t>
      </w:r>
    </w:p>
    <w:p w14:paraId="51FE57C1" w14:textId="727942A0" w:rsidR="00B973AE" w:rsidRPr="00C13BC7" w:rsidRDefault="00357947">
      <w:pPr>
        <w:rPr>
          <w:lang w:val="pl-PL"/>
        </w:rPr>
      </w:pPr>
      <w:r w:rsidRPr="00C13BC7">
        <w:rPr>
          <w:lang w:val="pl-PL"/>
        </w:rPr>
        <w:br/>
        <w:t>..............................</w:t>
      </w:r>
      <w:r w:rsidR="008802D8">
        <w:rPr>
          <w:lang w:val="pl-PL"/>
        </w:rPr>
        <w:t>..</w:t>
      </w:r>
      <w:r w:rsidRPr="00C13BC7">
        <w:rPr>
          <w:lang w:val="pl-PL"/>
        </w:rPr>
        <w:t>..........................................................................................</w:t>
      </w:r>
      <w:r w:rsidRPr="00C13BC7">
        <w:rPr>
          <w:lang w:val="pl-PL"/>
        </w:rPr>
        <w:br/>
        <w:t>podpis wnioskodawcy / pełnomocnika</w:t>
      </w:r>
    </w:p>
    <w:p w14:paraId="6A821380" w14:textId="77777777" w:rsidR="00357947" w:rsidRPr="003843AE" w:rsidRDefault="00357947">
      <w:pPr>
        <w:rPr>
          <w:lang w:val="pl-PL"/>
        </w:rPr>
      </w:pPr>
    </w:p>
    <w:sectPr w:rsidR="00357947" w:rsidRPr="003843AE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8DA69" w14:textId="77777777" w:rsidR="00357947" w:rsidRDefault="00357947">
      <w:pPr>
        <w:spacing w:after="0" w:line="240" w:lineRule="auto"/>
      </w:pPr>
      <w:r>
        <w:separator/>
      </w:r>
    </w:p>
  </w:endnote>
  <w:endnote w:type="continuationSeparator" w:id="0">
    <w:p w14:paraId="0D45EEB5" w14:textId="77777777" w:rsidR="00357947" w:rsidRDefault="00357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FAC8F" w14:textId="77777777" w:rsidR="00B973AE" w:rsidRPr="00C13BC7" w:rsidRDefault="00357947">
    <w:pPr>
      <w:pStyle w:val="Stopka"/>
      <w:jc w:val="center"/>
      <w:rPr>
        <w:lang w:val="pl-PL"/>
      </w:rPr>
    </w:pPr>
    <w:r w:rsidRPr="00C13BC7">
      <w:rPr>
        <w:sz w:val="15"/>
        <w:lang w:val="pl-PL"/>
      </w:rPr>
      <w:t>Urząd Gminy Łąck – wniosek: roboty i umieszczenie urządzenia w drodze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A4CEA" w14:textId="77777777" w:rsidR="00357947" w:rsidRDefault="00357947">
      <w:pPr>
        <w:spacing w:after="0" w:line="240" w:lineRule="auto"/>
      </w:pPr>
      <w:r>
        <w:separator/>
      </w:r>
    </w:p>
  </w:footnote>
  <w:footnote w:type="continuationSeparator" w:id="0">
    <w:p w14:paraId="54C5B49D" w14:textId="77777777" w:rsidR="00357947" w:rsidRDefault="003579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8625897">
    <w:abstractNumId w:val="8"/>
  </w:num>
  <w:num w:numId="2" w16cid:durableId="1135105139">
    <w:abstractNumId w:val="6"/>
  </w:num>
  <w:num w:numId="3" w16cid:durableId="1165318750">
    <w:abstractNumId w:val="5"/>
  </w:num>
  <w:num w:numId="4" w16cid:durableId="503545757">
    <w:abstractNumId w:val="4"/>
  </w:num>
  <w:num w:numId="5" w16cid:durableId="1345478286">
    <w:abstractNumId w:val="7"/>
  </w:num>
  <w:num w:numId="6" w16cid:durableId="1569461133">
    <w:abstractNumId w:val="3"/>
  </w:num>
  <w:num w:numId="7" w16cid:durableId="1371809235">
    <w:abstractNumId w:val="2"/>
  </w:num>
  <w:num w:numId="8" w16cid:durableId="50884427">
    <w:abstractNumId w:val="1"/>
  </w:num>
  <w:num w:numId="9" w16cid:durableId="479545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4ACB"/>
    <w:rsid w:val="0029639D"/>
    <w:rsid w:val="00326F90"/>
    <w:rsid w:val="00357947"/>
    <w:rsid w:val="003843AE"/>
    <w:rsid w:val="00687CDC"/>
    <w:rsid w:val="008802D8"/>
    <w:rsid w:val="00AA1D8D"/>
    <w:rsid w:val="00B47730"/>
    <w:rsid w:val="00B973AE"/>
    <w:rsid w:val="00C13BC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2C73B0"/>
  <w14:defaultImageDpi w14:val="300"/>
  <w15:docId w15:val="{031EBF9F-F1A0-4326-9848-DC56DF65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1790</Words>
  <Characters>10742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</cp:lastModifiedBy>
  <cp:revision>9</cp:revision>
  <dcterms:created xsi:type="dcterms:W3CDTF">2026-08-16T17:48:00Z</dcterms:created>
  <dcterms:modified xsi:type="dcterms:W3CDTF">2026-08-16T18:02:00Z</dcterms:modified>
  <cp:category/>
</cp:coreProperties>
</file>